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B53BE2" w14:paraId="71068706" w14:textId="77777777">
        <w:tc>
          <w:tcPr>
            <w:tcW w:w="9638" w:type="dxa"/>
            <w:tcBorders>
              <w:top w:val="none" w:sz="0" w:space="0" w:color="0000FF"/>
              <w:left w:val="none" w:sz="0" w:space="0" w:color="0000FF"/>
              <w:bottom w:val="none" w:sz="0" w:space="0" w:color="0000FF"/>
              <w:right w:val="none" w:sz="0" w:space="0" w:color="0000FF"/>
            </w:tcBorders>
            <w:shd w:val="clear" w:color="auto" w:fill="0000FF"/>
          </w:tcPr>
          <w:p w14:paraId="0FBCE71D" w14:textId="77777777" w:rsidR="00B53BE2" w:rsidRDefault="000C5041">
            <w:pPr>
              <w:spacing w:before="120" w:after="40"/>
            </w:pPr>
            <w:r>
              <w:rPr>
                <w:rFonts w:ascii="Calibri" w:hAnsi="Calibri"/>
                <w:b/>
                <w:color w:val="D4AF37"/>
                <w:sz w:val="16"/>
              </w:rPr>
              <w:t xml:space="preserve">APPLICATION </w:t>
            </w:r>
            <w:proofErr w:type="gramStart"/>
            <w:r>
              <w:rPr>
                <w:rFonts w:ascii="Calibri" w:hAnsi="Calibri"/>
                <w:b/>
                <w:color w:val="D4AF37"/>
                <w:sz w:val="16"/>
              </w:rPr>
              <w:t>FORM  ·</w:t>
            </w:r>
            <w:proofErr w:type="gramEnd"/>
            <w:r>
              <w:rPr>
                <w:rFonts w:ascii="Calibri" w:hAnsi="Calibri"/>
                <w:b/>
                <w:color w:val="D4AF37"/>
                <w:sz w:val="16"/>
              </w:rPr>
              <w:t xml:space="preserve">  IMPACT SUMMIT UAE</w:t>
            </w:r>
          </w:p>
          <w:p w14:paraId="5CFAEB52" w14:textId="77777777" w:rsidR="00B53BE2" w:rsidRDefault="000C5041" w:rsidP="00BC0349">
            <w:pPr>
              <w:spacing w:before="80" w:after="40"/>
              <w:jc w:val="center"/>
            </w:pPr>
            <w:r>
              <w:rPr>
                <w:rFonts w:ascii="Calibri" w:hAnsi="Calibri"/>
                <w:b/>
                <w:color w:val="FFFFFF"/>
                <w:sz w:val="44"/>
              </w:rPr>
              <w:t>Family Impact Award for the Private Sector</w:t>
            </w:r>
          </w:p>
          <w:p w14:paraId="212293F0" w14:textId="77777777" w:rsidR="00B53BE2" w:rsidRDefault="000C5041" w:rsidP="00BC0349">
            <w:pPr>
              <w:spacing w:before="40" w:after="80"/>
              <w:jc w:val="center"/>
            </w:pPr>
            <w:r>
              <w:rPr>
                <w:rFonts w:ascii="Calibri" w:hAnsi="Calibri"/>
                <w:color w:val="CCCCFF"/>
                <w:sz w:val="26"/>
              </w:rPr>
              <w:t>جائزة الأثر الأسري للقطاع الخاص</w:t>
            </w:r>
          </w:p>
          <w:p w14:paraId="46922E49" w14:textId="2C84ED92" w:rsidR="00B53BE2" w:rsidRDefault="000C5041">
            <w:pPr>
              <w:spacing w:before="120" w:after="160"/>
            </w:pPr>
            <w:r>
              <w:rPr>
                <w:rFonts w:ascii="Calibri" w:hAnsi="Calibri"/>
                <w:i/>
                <w:color w:val="EEEEFF"/>
                <w:sz w:val="20"/>
              </w:rPr>
              <w:t xml:space="preserve">"We are looking for companies that do not simply </w:t>
            </w:r>
            <w:r w:rsidR="00531B8C">
              <w:rPr>
                <w:rFonts w:ascii="Calibri" w:hAnsi="Calibri"/>
                <w:i/>
                <w:color w:val="EEEEFF"/>
                <w:sz w:val="20"/>
              </w:rPr>
              <w:t>comply with them,</w:t>
            </w:r>
            <w:r>
              <w:rPr>
                <w:rFonts w:ascii="Calibri" w:hAnsi="Calibri"/>
                <w:i/>
                <w:color w:val="EEEEFF"/>
                <w:sz w:val="20"/>
              </w:rPr>
              <w:t xml:space="preserve"> they go beyond the norms to create extraordinary family-oriented initiatives that become national models."</w:t>
            </w:r>
          </w:p>
        </w:tc>
      </w:tr>
    </w:tbl>
    <w:p w14:paraId="2276EF96" w14:textId="77777777" w:rsidR="00B53BE2" w:rsidRDefault="000C5041">
      <w:pPr>
        <w:spacing w:before="80" w:after="80"/>
      </w:pPr>
      <w:r>
        <w:rPr>
          <w:color w:val="0000FF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47D21174" w14:textId="77777777" w:rsidR="00B53BE2" w:rsidRDefault="000C5041">
      <w:pPr>
        <w:spacing w:before="240" w:after="80"/>
      </w:pPr>
      <w:r>
        <w:rPr>
          <w:rFonts w:ascii="Calibri" w:hAnsi="Calibri"/>
          <w:b/>
          <w:color w:val="FFFFFF"/>
          <w:sz w:val="20"/>
        </w:rPr>
        <w:t xml:space="preserve">  01  </w:t>
      </w:r>
      <w:r>
        <w:rPr>
          <w:rFonts w:ascii="Calibri" w:hAnsi="Calibri"/>
          <w:b/>
          <w:color w:val="0000FF"/>
          <w:sz w:val="26"/>
        </w:rPr>
        <w:t xml:space="preserve">   Company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9"/>
        <w:gridCol w:w="6229"/>
      </w:tblGrid>
      <w:tr w:rsidR="00B53BE2" w14:paraId="1005ED0E" w14:textId="77777777">
        <w:tc>
          <w:tcPr>
            <w:tcW w:w="3402" w:type="dxa"/>
            <w:shd w:val="clear" w:color="auto" w:fill="EEF2FF"/>
          </w:tcPr>
          <w:p w14:paraId="60F45F50" w14:textId="77777777" w:rsidR="00B53BE2" w:rsidRDefault="000C5041">
            <w:r>
              <w:rPr>
                <w:rFonts w:ascii="Calibri" w:hAnsi="Calibri"/>
                <w:b/>
                <w:color w:val="0000FF"/>
                <w:sz w:val="20"/>
              </w:rPr>
              <w:t>Company Name (English)</w:t>
            </w:r>
          </w:p>
        </w:tc>
        <w:tc>
          <w:tcPr>
            <w:tcW w:w="6236" w:type="dxa"/>
          </w:tcPr>
          <w:p w14:paraId="19F9678B" w14:textId="77777777" w:rsidR="00B53BE2" w:rsidRDefault="00B53BE2"/>
        </w:tc>
      </w:tr>
      <w:tr w:rsidR="00B53BE2" w14:paraId="36CBC272" w14:textId="77777777">
        <w:tc>
          <w:tcPr>
            <w:tcW w:w="3402" w:type="dxa"/>
            <w:shd w:val="clear" w:color="auto" w:fill="F5F8FF"/>
          </w:tcPr>
          <w:p w14:paraId="4E63F658" w14:textId="77777777" w:rsidR="00B53BE2" w:rsidRDefault="000C5041">
            <w:r>
              <w:rPr>
                <w:rFonts w:ascii="Calibri" w:hAnsi="Calibri"/>
                <w:b/>
                <w:color w:val="0000FF"/>
                <w:sz w:val="20"/>
              </w:rPr>
              <w:t>Company Name (Arabic)</w:t>
            </w:r>
          </w:p>
        </w:tc>
        <w:tc>
          <w:tcPr>
            <w:tcW w:w="6236" w:type="dxa"/>
          </w:tcPr>
          <w:p w14:paraId="6BEE7A03" w14:textId="77777777" w:rsidR="00B53BE2" w:rsidRDefault="00B53BE2"/>
        </w:tc>
      </w:tr>
      <w:tr w:rsidR="00B53BE2" w14:paraId="2C0E3041" w14:textId="77777777">
        <w:tc>
          <w:tcPr>
            <w:tcW w:w="3402" w:type="dxa"/>
            <w:shd w:val="clear" w:color="auto" w:fill="EEF2FF"/>
          </w:tcPr>
          <w:p w14:paraId="41EF64E8" w14:textId="77777777" w:rsidR="00B53BE2" w:rsidRDefault="000C5041">
            <w:r>
              <w:rPr>
                <w:rFonts w:ascii="Calibri" w:hAnsi="Calibri"/>
                <w:b/>
                <w:color w:val="0000FF"/>
                <w:sz w:val="20"/>
              </w:rPr>
              <w:t>Emirate (Head Office)</w:t>
            </w:r>
          </w:p>
        </w:tc>
        <w:tc>
          <w:tcPr>
            <w:tcW w:w="6236" w:type="dxa"/>
          </w:tcPr>
          <w:p w14:paraId="17FEFBCA" w14:textId="77777777" w:rsidR="00B53BE2" w:rsidRDefault="000C5041">
            <w:r>
              <w:rPr>
                <w:rFonts w:ascii="Calibri" w:hAnsi="Calibri"/>
                <w:color w:val="1A1A2E"/>
                <w:sz w:val="20"/>
              </w:rPr>
              <w:t>☐ Abu Dhabi   ☐ Dubai   ☐ Sharjah   ☐ Ajman   ☐ Umm Al Quwain   ☐ Ras Al Khaimah   ☐ Fujairah</w:t>
            </w:r>
          </w:p>
        </w:tc>
      </w:tr>
      <w:tr w:rsidR="00B53BE2" w14:paraId="5D4EF99B" w14:textId="77777777">
        <w:tc>
          <w:tcPr>
            <w:tcW w:w="3402" w:type="dxa"/>
            <w:shd w:val="clear" w:color="auto" w:fill="F5F8FF"/>
          </w:tcPr>
          <w:p w14:paraId="375DE61C" w14:textId="77777777" w:rsidR="00B53BE2" w:rsidRDefault="000C5041">
            <w:r>
              <w:rPr>
                <w:rFonts w:ascii="Calibri" w:hAnsi="Calibri"/>
                <w:b/>
                <w:color w:val="0000FF"/>
                <w:sz w:val="20"/>
              </w:rPr>
              <w:t>Industry / Sector</w:t>
            </w:r>
          </w:p>
        </w:tc>
        <w:tc>
          <w:tcPr>
            <w:tcW w:w="6236" w:type="dxa"/>
          </w:tcPr>
          <w:p w14:paraId="2851985D" w14:textId="77777777" w:rsidR="00B53BE2" w:rsidRDefault="00B53BE2"/>
        </w:tc>
      </w:tr>
      <w:tr w:rsidR="00B53BE2" w14:paraId="57F7BE07" w14:textId="77777777">
        <w:tc>
          <w:tcPr>
            <w:tcW w:w="3402" w:type="dxa"/>
            <w:shd w:val="clear" w:color="auto" w:fill="EEF2FF"/>
          </w:tcPr>
          <w:p w14:paraId="39CA96A3" w14:textId="77777777" w:rsidR="00B53BE2" w:rsidRDefault="000C5041">
            <w:r>
              <w:rPr>
                <w:rFonts w:ascii="Calibri" w:hAnsi="Calibri"/>
                <w:b/>
                <w:color w:val="0000FF"/>
                <w:sz w:val="20"/>
              </w:rPr>
              <w:t>Company Size</w:t>
            </w:r>
          </w:p>
        </w:tc>
        <w:tc>
          <w:tcPr>
            <w:tcW w:w="6236" w:type="dxa"/>
          </w:tcPr>
          <w:p w14:paraId="2C01B133" w14:textId="77777777" w:rsidR="00B53BE2" w:rsidRDefault="000C5041">
            <w:r>
              <w:rPr>
                <w:rFonts w:ascii="Calibri" w:hAnsi="Calibri"/>
                <w:color w:val="1A1A2E"/>
                <w:sz w:val="20"/>
              </w:rPr>
              <w:t>☐ Small (1–50)   ☐ Medium (51–250)   ☐ Large (250+)</w:t>
            </w:r>
          </w:p>
        </w:tc>
      </w:tr>
      <w:tr w:rsidR="00B53BE2" w14:paraId="604FE058" w14:textId="77777777">
        <w:tc>
          <w:tcPr>
            <w:tcW w:w="3402" w:type="dxa"/>
            <w:shd w:val="clear" w:color="auto" w:fill="F5F8FF"/>
          </w:tcPr>
          <w:p w14:paraId="5641FDD7" w14:textId="77777777" w:rsidR="00B53BE2" w:rsidRDefault="000C5041">
            <w:r>
              <w:rPr>
                <w:rFonts w:ascii="Calibri" w:hAnsi="Calibri"/>
                <w:b/>
                <w:color w:val="0000FF"/>
                <w:sz w:val="20"/>
              </w:rPr>
              <w:t>Contact Person (Full Name)</w:t>
            </w:r>
          </w:p>
        </w:tc>
        <w:tc>
          <w:tcPr>
            <w:tcW w:w="6236" w:type="dxa"/>
          </w:tcPr>
          <w:p w14:paraId="3CB3FF24" w14:textId="77777777" w:rsidR="00B53BE2" w:rsidRDefault="00B53BE2"/>
        </w:tc>
      </w:tr>
      <w:tr w:rsidR="00B53BE2" w14:paraId="13AAA8EF" w14:textId="77777777">
        <w:tc>
          <w:tcPr>
            <w:tcW w:w="3402" w:type="dxa"/>
            <w:shd w:val="clear" w:color="auto" w:fill="EEF2FF"/>
          </w:tcPr>
          <w:p w14:paraId="735E68C2" w14:textId="77777777" w:rsidR="00B53BE2" w:rsidRDefault="000C5041">
            <w:r>
              <w:rPr>
                <w:rFonts w:ascii="Calibri" w:hAnsi="Calibri"/>
                <w:b/>
                <w:color w:val="0000FF"/>
                <w:sz w:val="20"/>
              </w:rPr>
              <w:t>Job Title</w:t>
            </w:r>
          </w:p>
        </w:tc>
        <w:tc>
          <w:tcPr>
            <w:tcW w:w="6236" w:type="dxa"/>
          </w:tcPr>
          <w:p w14:paraId="07E5BDAF" w14:textId="77777777" w:rsidR="00B53BE2" w:rsidRDefault="00B53BE2"/>
        </w:tc>
      </w:tr>
      <w:tr w:rsidR="00B53BE2" w14:paraId="059244F4" w14:textId="77777777">
        <w:tc>
          <w:tcPr>
            <w:tcW w:w="3402" w:type="dxa"/>
            <w:shd w:val="clear" w:color="auto" w:fill="F5F8FF"/>
          </w:tcPr>
          <w:p w14:paraId="151FA1CF" w14:textId="77777777" w:rsidR="00B53BE2" w:rsidRDefault="000C5041">
            <w:r>
              <w:rPr>
                <w:rFonts w:ascii="Calibri" w:hAnsi="Calibri"/>
                <w:b/>
                <w:color w:val="0000FF"/>
                <w:sz w:val="20"/>
              </w:rPr>
              <w:t>Email Address</w:t>
            </w:r>
          </w:p>
        </w:tc>
        <w:tc>
          <w:tcPr>
            <w:tcW w:w="6236" w:type="dxa"/>
          </w:tcPr>
          <w:p w14:paraId="798F3286" w14:textId="77777777" w:rsidR="00B53BE2" w:rsidRDefault="00B53BE2"/>
        </w:tc>
      </w:tr>
      <w:tr w:rsidR="00B53BE2" w14:paraId="2A946671" w14:textId="77777777">
        <w:tc>
          <w:tcPr>
            <w:tcW w:w="3402" w:type="dxa"/>
            <w:shd w:val="clear" w:color="auto" w:fill="EEF2FF"/>
          </w:tcPr>
          <w:p w14:paraId="576C0B4C" w14:textId="77777777" w:rsidR="00B53BE2" w:rsidRDefault="000C5041">
            <w:r>
              <w:rPr>
                <w:rFonts w:ascii="Calibri" w:hAnsi="Calibri"/>
                <w:b/>
                <w:color w:val="0000FF"/>
                <w:sz w:val="20"/>
              </w:rPr>
              <w:t>Phone Number</w:t>
            </w:r>
          </w:p>
        </w:tc>
        <w:tc>
          <w:tcPr>
            <w:tcW w:w="6236" w:type="dxa"/>
          </w:tcPr>
          <w:p w14:paraId="66FA4776" w14:textId="77777777" w:rsidR="00B53BE2" w:rsidRDefault="00B53BE2"/>
        </w:tc>
      </w:tr>
      <w:tr w:rsidR="00B53BE2" w14:paraId="3F2D98D4" w14:textId="77777777">
        <w:tc>
          <w:tcPr>
            <w:tcW w:w="3402" w:type="dxa"/>
            <w:shd w:val="clear" w:color="auto" w:fill="F5F8FF"/>
          </w:tcPr>
          <w:p w14:paraId="1A2AB819" w14:textId="77777777" w:rsidR="00B53BE2" w:rsidRDefault="000C5041">
            <w:r>
              <w:rPr>
                <w:rFonts w:ascii="Calibri" w:hAnsi="Calibri"/>
                <w:b/>
                <w:color w:val="0000FF"/>
                <w:sz w:val="20"/>
              </w:rPr>
              <w:t>Chamber of Commerce (Emirate)</w:t>
            </w:r>
          </w:p>
        </w:tc>
        <w:tc>
          <w:tcPr>
            <w:tcW w:w="6236" w:type="dxa"/>
          </w:tcPr>
          <w:p w14:paraId="73E54FA6" w14:textId="77777777" w:rsidR="00B53BE2" w:rsidRDefault="00B53BE2"/>
        </w:tc>
      </w:tr>
    </w:tbl>
    <w:p w14:paraId="534CCADE" w14:textId="77777777" w:rsidR="00B53BE2" w:rsidRDefault="000C5041">
      <w:pPr>
        <w:spacing w:before="80" w:after="80"/>
      </w:pPr>
      <w:r>
        <w:rPr>
          <w:color w:val="0000FF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440F75EC" w14:textId="77777777" w:rsidR="00B53BE2" w:rsidRDefault="000C5041">
      <w:pPr>
        <w:spacing w:before="240" w:after="80"/>
      </w:pPr>
      <w:r>
        <w:rPr>
          <w:rFonts w:ascii="Calibri" w:hAnsi="Calibri"/>
          <w:b/>
          <w:color w:val="FFFFFF"/>
          <w:sz w:val="20"/>
        </w:rPr>
        <w:t xml:space="preserve">  02  </w:t>
      </w:r>
      <w:r>
        <w:rPr>
          <w:rFonts w:ascii="Calibri" w:hAnsi="Calibri"/>
          <w:b/>
          <w:color w:val="0000FF"/>
          <w:sz w:val="26"/>
        </w:rPr>
        <w:t xml:space="preserve">   Going Beyond the Norms — Your Flagship Initiative</w:t>
      </w:r>
    </w:p>
    <w:p w14:paraId="202BBF52" w14:textId="7653F740" w:rsidR="00B53BE2" w:rsidRDefault="00F97DC3">
      <w:pPr>
        <w:spacing w:after="120"/>
      </w:pPr>
      <w:r w:rsidRPr="00F97DC3">
        <w:rPr>
          <w:rFonts w:ascii="Calibri" w:hAnsi="Calibri"/>
          <w:i/>
          <w:color w:val="555555"/>
          <w:sz w:val="19"/>
        </w:rPr>
        <w:t>This is the most important section of the application. Focus on initiatives that create meaningful, measurable, and lasting impact for families and the wider community.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B53BE2" w14:paraId="73B4DAEB" w14:textId="77777777">
        <w:tc>
          <w:tcPr>
            <w:tcW w:w="9638" w:type="dxa"/>
            <w:shd w:val="clear" w:color="auto" w:fill="0000FF"/>
          </w:tcPr>
          <w:p w14:paraId="4957656F" w14:textId="77777777" w:rsidR="00B53BE2" w:rsidRDefault="000C5041">
            <w:pPr>
              <w:spacing w:before="80"/>
            </w:pPr>
            <w:r>
              <w:rPr>
                <w:rFonts w:ascii="Calibri" w:hAnsi="Calibri"/>
                <w:b/>
                <w:color w:val="D4AF37"/>
              </w:rPr>
              <w:t>What Does "Beyond the Norms" Mean?</w:t>
            </w:r>
          </w:p>
          <w:p w14:paraId="262518C0" w14:textId="77777777" w:rsidR="00C802C2" w:rsidRDefault="000869FE" w:rsidP="003A7BA6">
            <w:pPr>
              <w:spacing w:after="120"/>
              <w:rPr>
                <w:rFonts w:ascii="Calibri" w:hAnsi="Calibri"/>
                <w:color w:val="EEEEFF"/>
                <w:sz w:val="20"/>
              </w:rPr>
            </w:pPr>
            <w:r w:rsidRPr="000869FE">
              <w:rPr>
                <w:rFonts w:ascii="Calibri" w:hAnsi="Calibri"/>
                <w:color w:val="EEEEFF"/>
                <w:sz w:val="20"/>
              </w:rPr>
              <w:t>The award recognizes initiatives that go beyond traditional CSR by creating measurable, sustainable, and lasting impact for families and the wider community.</w:t>
            </w:r>
          </w:p>
          <w:p w14:paraId="3B83B4A5" w14:textId="77777777" w:rsidR="00C802C2" w:rsidRDefault="000C5041" w:rsidP="003A7BA6">
            <w:pPr>
              <w:spacing w:after="120"/>
              <w:rPr>
                <w:rFonts w:ascii="Calibri" w:hAnsi="Calibri"/>
                <w:b/>
                <w:color w:val="DDDDFF"/>
                <w:sz w:val="19"/>
              </w:rPr>
            </w:pPr>
            <w:r>
              <w:rPr>
                <w:rFonts w:ascii="Calibri" w:hAnsi="Calibri"/>
                <w:b/>
                <w:color w:val="DDDDFF"/>
                <w:sz w:val="19"/>
              </w:rPr>
              <w:t xml:space="preserve">Examples: </w:t>
            </w:r>
          </w:p>
          <w:p w14:paraId="10CAC693" w14:textId="5328D34E" w:rsidR="00C802C2" w:rsidRPr="00C802C2" w:rsidRDefault="003508E0" w:rsidP="00C802C2">
            <w:pPr>
              <w:pStyle w:val="ListParagraph"/>
              <w:numPr>
                <w:ilvl w:val="0"/>
                <w:numId w:val="10"/>
              </w:numPr>
              <w:spacing w:after="120"/>
              <w:rPr>
                <w:rFonts w:ascii="Calibri" w:hAnsi="Calibri"/>
                <w:b/>
                <w:color w:val="DDDDFF"/>
                <w:sz w:val="19"/>
              </w:rPr>
            </w:pPr>
            <w:r w:rsidRPr="00C802C2">
              <w:rPr>
                <w:rFonts w:ascii="Calibri" w:hAnsi="Calibri"/>
                <w:b/>
                <w:color w:val="DDDDFF"/>
                <w:sz w:val="19"/>
              </w:rPr>
              <w:t xml:space="preserve">Parenting support </w:t>
            </w:r>
            <w:r w:rsidR="00C802C2" w:rsidRPr="00C802C2">
              <w:rPr>
                <w:rFonts w:ascii="Calibri" w:hAnsi="Calibri"/>
                <w:b/>
                <w:color w:val="DDDDFF"/>
                <w:sz w:val="19"/>
              </w:rPr>
              <w:t>programmers</w:t>
            </w:r>
          </w:p>
          <w:p w14:paraId="7303A061" w14:textId="77777777" w:rsidR="00C802C2" w:rsidRPr="00C802C2" w:rsidRDefault="003508E0" w:rsidP="00C802C2">
            <w:pPr>
              <w:pStyle w:val="ListParagraph"/>
              <w:numPr>
                <w:ilvl w:val="0"/>
                <w:numId w:val="10"/>
              </w:numPr>
              <w:spacing w:after="120"/>
            </w:pPr>
            <w:r w:rsidRPr="00C802C2">
              <w:rPr>
                <w:rFonts w:ascii="Calibri" w:hAnsi="Calibri"/>
                <w:b/>
                <w:color w:val="DDDDFF"/>
                <w:sz w:val="19"/>
              </w:rPr>
              <w:t xml:space="preserve">Family wellbeing </w:t>
            </w:r>
          </w:p>
          <w:p w14:paraId="7521B0AA" w14:textId="59CBF4DC" w:rsidR="00C802C2" w:rsidRPr="00C802C2" w:rsidRDefault="003508E0" w:rsidP="00C802C2">
            <w:pPr>
              <w:pStyle w:val="ListParagraph"/>
              <w:numPr>
                <w:ilvl w:val="0"/>
                <w:numId w:val="10"/>
              </w:numPr>
              <w:spacing w:after="120"/>
            </w:pPr>
            <w:r w:rsidRPr="00C802C2">
              <w:rPr>
                <w:rFonts w:ascii="Calibri" w:hAnsi="Calibri"/>
                <w:b/>
                <w:color w:val="DDDDFF"/>
                <w:sz w:val="19"/>
              </w:rPr>
              <w:t xml:space="preserve">Financial </w:t>
            </w:r>
            <w:r w:rsidR="00C802C2" w:rsidRPr="00C802C2">
              <w:rPr>
                <w:rFonts w:ascii="Calibri" w:hAnsi="Calibri"/>
                <w:b/>
                <w:color w:val="DDDDFF"/>
                <w:sz w:val="19"/>
              </w:rPr>
              <w:t>Empowerment</w:t>
            </w:r>
            <w:r w:rsidRPr="00C802C2">
              <w:rPr>
                <w:rFonts w:ascii="Calibri" w:hAnsi="Calibri"/>
                <w:b/>
                <w:color w:val="DDDDFF"/>
                <w:sz w:val="19"/>
              </w:rPr>
              <w:t xml:space="preserve"> </w:t>
            </w:r>
            <w:r w:rsidR="00C802C2" w:rsidRPr="00C802C2">
              <w:rPr>
                <w:rFonts w:ascii="Calibri" w:hAnsi="Calibri"/>
                <w:b/>
                <w:color w:val="DDDDFF"/>
                <w:sz w:val="19"/>
              </w:rPr>
              <w:t>programmers</w:t>
            </w:r>
            <w:r w:rsidR="000C5041" w:rsidRPr="00C802C2">
              <w:rPr>
                <w:rFonts w:ascii="Calibri" w:hAnsi="Calibri"/>
                <w:b/>
                <w:color w:val="DDDDFF"/>
                <w:sz w:val="19"/>
              </w:rPr>
              <w:t xml:space="preserve">  </w:t>
            </w:r>
          </w:p>
          <w:p w14:paraId="03F11F0D" w14:textId="77777777" w:rsidR="00C802C2" w:rsidRPr="00C802C2" w:rsidRDefault="0051697E" w:rsidP="00C802C2">
            <w:pPr>
              <w:pStyle w:val="ListParagraph"/>
              <w:numPr>
                <w:ilvl w:val="0"/>
                <w:numId w:val="10"/>
              </w:numPr>
              <w:spacing w:after="120"/>
            </w:pPr>
            <w:r w:rsidRPr="00C802C2">
              <w:rPr>
                <w:rFonts w:ascii="Calibri" w:hAnsi="Calibri"/>
                <w:b/>
                <w:color w:val="DDDDFF"/>
                <w:sz w:val="19"/>
              </w:rPr>
              <w:t>Child and youth development</w:t>
            </w:r>
          </w:p>
          <w:p w14:paraId="57F2272C" w14:textId="77777777" w:rsidR="00C802C2" w:rsidRPr="00C802C2" w:rsidRDefault="000C5041" w:rsidP="00C802C2">
            <w:pPr>
              <w:pStyle w:val="ListParagraph"/>
              <w:numPr>
                <w:ilvl w:val="0"/>
                <w:numId w:val="10"/>
              </w:numPr>
              <w:spacing w:after="120"/>
            </w:pPr>
            <w:r w:rsidRPr="00C802C2">
              <w:rPr>
                <w:rFonts w:ascii="Calibri" w:hAnsi="Calibri"/>
                <w:b/>
                <w:color w:val="DDDDFF"/>
                <w:sz w:val="19"/>
              </w:rPr>
              <w:t xml:space="preserve"> </w:t>
            </w:r>
            <w:r w:rsidR="0051697E" w:rsidRPr="00C802C2">
              <w:rPr>
                <w:rFonts w:ascii="Calibri" w:hAnsi="Calibri"/>
                <w:b/>
                <w:color w:val="DDDDFF"/>
                <w:sz w:val="19"/>
              </w:rPr>
              <w:t xml:space="preserve">Community health initiatives </w:t>
            </w:r>
          </w:p>
          <w:p w14:paraId="70850C89" w14:textId="77777777" w:rsidR="00C802C2" w:rsidRPr="00C802C2" w:rsidRDefault="000C5041" w:rsidP="00C802C2">
            <w:pPr>
              <w:pStyle w:val="ListParagraph"/>
              <w:numPr>
                <w:ilvl w:val="0"/>
                <w:numId w:val="10"/>
              </w:numPr>
              <w:spacing w:after="120"/>
            </w:pPr>
            <w:r w:rsidRPr="00C802C2">
              <w:rPr>
                <w:rFonts w:ascii="Calibri" w:hAnsi="Calibri"/>
                <w:b/>
                <w:color w:val="DDDDFF"/>
                <w:sz w:val="19"/>
              </w:rPr>
              <w:t xml:space="preserve"> </w:t>
            </w:r>
            <w:r w:rsidR="0051697E" w:rsidRPr="00C802C2">
              <w:rPr>
                <w:rFonts w:ascii="Calibri" w:hAnsi="Calibri"/>
                <w:b/>
                <w:color w:val="DDDDFF"/>
                <w:sz w:val="19"/>
              </w:rPr>
              <w:t>Digital family solutions</w:t>
            </w:r>
          </w:p>
          <w:p w14:paraId="4D37E0B8" w14:textId="75246B91" w:rsidR="00B53BE2" w:rsidRDefault="003A7BA6" w:rsidP="00C802C2">
            <w:pPr>
              <w:pStyle w:val="ListParagraph"/>
              <w:numPr>
                <w:ilvl w:val="0"/>
                <w:numId w:val="10"/>
              </w:numPr>
              <w:spacing w:after="120"/>
            </w:pPr>
            <w:r w:rsidRPr="00C802C2">
              <w:rPr>
                <w:rFonts w:ascii="Calibri" w:hAnsi="Calibri"/>
                <w:b/>
                <w:color w:val="DDDDFF"/>
                <w:sz w:val="19"/>
              </w:rPr>
              <w:t>Strategic partnerships for family impact</w:t>
            </w:r>
            <w:r w:rsidR="000C5041" w:rsidRPr="00C802C2">
              <w:rPr>
                <w:rFonts w:ascii="Calibri" w:hAnsi="Calibri"/>
                <w:b/>
                <w:color w:val="DDDDFF"/>
                <w:sz w:val="19"/>
              </w:rPr>
              <w:t xml:space="preserve"> </w:t>
            </w:r>
          </w:p>
        </w:tc>
      </w:tr>
    </w:tbl>
    <w:p w14:paraId="347188F0" w14:textId="761A75C9" w:rsidR="00F23E1C" w:rsidRPr="00F23E1C" w:rsidRDefault="000C5041" w:rsidP="00C802C2">
      <w:pPr>
        <w:spacing w:before="160" w:after="40"/>
        <w:rPr>
          <w:rFonts w:ascii="Calibri" w:hAnsi="Calibri"/>
          <w:b/>
          <w:color w:val="1A1A2E"/>
        </w:rPr>
      </w:pPr>
      <w:r>
        <w:rPr>
          <w:rFonts w:ascii="Calibri" w:hAnsi="Calibri"/>
          <w:b/>
          <w:color w:val="D4AF37"/>
          <w:sz w:val="24"/>
        </w:rPr>
        <w:t>Q</w:t>
      </w:r>
      <w:proofErr w:type="gramStart"/>
      <w:r>
        <w:rPr>
          <w:rFonts w:ascii="Calibri" w:hAnsi="Calibri"/>
          <w:b/>
          <w:color w:val="D4AF37"/>
          <w:sz w:val="24"/>
        </w:rPr>
        <w:t xml:space="preserve">1  </w:t>
      </w:r>
      <w:r w:rsidR="00F23E1C" w:rsidRPr="00F23E1C">
        <w:rPr>
          <w:rFonts w:ascii="Calibri" w:hAnsi="Calibri"/>
          <w:b/>
          <w:color w:val="1A1A2E"/>
        </w:rPr>
        <w:t>Name</w:t>
      </w:r>
      <w:proofErr w:type="gramEnd"/>
      <w:r w:rsidR="00F23E1C" w:rsidRPr="00F23E1C">
        <w:rPr>
          <w:rFonts w:ascii="Calibri" w:hAnsi="Calibri"/>
          <w:b/>
          <w:color w:val="1A1A2E"/>
        </w:rPr>
        <w:t xml:space="preserve"> of the Initiative</w:t>
      </w:r>
    </w:p>
    <w:p w14:paraId="7C3F4EAC" w14:textId="7703522C" w:rsidR="00B53BE2" w:rsidRPr="00C802C2" w:rsidRDefault="00F23E1C" w:rsidP="00F23E1C">
      <w:pPr>
        <w:spacing w:before="160" w:after="40"/>
        <w:rPr>
          <w:rFonts w:ascii="Calibri" w:hAnsi="Calibri"/>
          <w:i/>
          <w:color w:val="888888"/>
          <w:sz w:val="18"/>
        </w:rPr>
      </w:pPr>
      <w:r w:rsidRPr="00C802C2">
        <w:rPr>
          <w:rFonts w:ascii="Calibri" w:hAnsi="Calibri"/>
          <w:i/>
          <w:color w:val="888888"/>
          <w:sz w:val="18"/>
        </w:rPr>
        <w:t>Provide</w:t>
      </w:r>
      <w:r w:rsidRPr="00F23E1C">
        <w:rPr>
          <w:rFonts w:ascii="Calibri" w:hAnsi="Calibri"/>
          <w:b/>
          <w:color w:val="1A1A2E"/>
        </w:rPr>
        <w:t xml:space="preserve"> </w:t>
      </w:r>
      <w:r w:rsidRPr="00C802C2">
        <w:rPr>
          <w:rFonts w:ascii="Calibri" w:hAnsi="Calibri"/>
          <w:i/>
          <w:color w:val="888888"/>
          <w:sz w:val="18"/>
        </w:rPr>
        <w:t>the</w:t>
      </w:r>
      <w:r w:rsidRPr="00F23E1C">
        <w:rPr>
          <w:rFonts w:ascii="Calibri" w:hAnsi="Calibri"/>
          <w:b/>
          <w:color w:val="1A1A2E"/>
        </w:rPr>
        <w:t xml:space="preserve"> </w:t>
      </w:r>
      <w:r w:rsidRPr="00C802C2">
        <w:rPr>
          <w:rFonts w:ascii="Calibri" w:hAnsi="Calibri"/>
          <w:i/>
          <w:color w:val="888888"/>
          <w:sz w:val="18"/>
        </w:rPr>
        <w:t>official</w:t>
      </w:r>
      <w:r w:rsidRPr="00F23E1C">
        <w:rPr>
          <w:rFonts w:ascii="Calibri" w:hAnsi="Calibri"/>
          <w:b/>
          <w:color w:val="1A1A2E"/>
        </w:rPr>
        <w:t xml:space="preserve"> </w:t>
      </w:r>
      <w:r w:rsidRPr="00C802C2">
        <w:rPr>
          <w:rFonts w:ascii="Calibri" w:hAnsi="Calibri"/>
          <w:i/>
          <w:color w:val="888888"/>
          <w:sz w:val="18"/>
        </w:rPr>
        <w:t>name</w:t>
      </w:r>
      <w:r w:rsidRPr="00F23E1C">
        <w:rPr>
          <w:rFonts w:ascii="Calibri" w:hAnsi="Calibri"/>
          <w:b/>
          <w:color w:val="1A1A2E"/>
        </w:rPr>
        <w:t xml:space="preserve"> </w:t>
      </w:r>
      <w:r w:rsidRPr="00C802C2">
        <w:rPr>
          <w:rFonts w:ascii="Calibri" w:hAnsi="Calibri"/>
          <w:i/>
          <w:color w:val="888888"/>
          <w:sz w:val="18"/>
        </w:rPr>
        <w:t>of</w:t>
      </w:r>
      <w:r w:rsidRPr="00F23E1C">
        <w:rPr>
          <w:rFonts w:ascii="Calibri" w:hAnsi="Calibri"/>
          <w:b/>
          <w:color w:val="1A1A2E"/>
        </w:rPr>
        <w:t xml:space="preserve"> </w:t>
      </w:r>
      <w:r w:rsidRPr="00C802C2">
        <w:rPr>
          <w:rFonts w:ascii="Calibri" w:hAnsi="Calibri"/>
          <w:i/>
          <w:color w:val="888888"/>
          <w:sz w:val="18"/>
        </w:rPr>
        <w:t>the</w:t>
      </w:r>
      <w:r w:rsidRPr="00F23E1C">
        <w:rPr>
          <w:rFonts w:ascii="Calibri" w:hAnsi="Calibri"/>
          <w:b/>
          <w:color w:val="1A1A2E"/>
        </w:rPr>
        <w:t xml:space="preserve"> </w:t>
      </w:r>
      <w:r w:rsidRPr="00C802C2">
        <w:rPr>
          <w:rFonts w:ascii="Calibri" w:hAnsi="Calibri"/>
          <w:i/>
          <w:color w:val="888888"/>
          <w:sz w:val="18"/>
        </w:rPr>
        <w:t>initiative</w:t>
      </w:r>
      <w:r w:rsidRPr="00F23E1C">
        <w:rPr>
          <w:rFonts w:ascii="Calibri" w:hAnsi="Calibri"/>
          <w:b/>
          <w:color w:val="1A1A2E"/>
        </w:rPr>
        <w:t xml:space="preserve"> </w:t>
      </w:r>
      <w:r w:rsidRPr="00C802C2">
        <w:rPr>
          <w:rFonts w:ascii="Calibri" w:hAnsi="Calibri"/>
          <w:i/>
          <w:color w:val="888888"/>
          <w:sz w:val="18"/>
        </w:rPr>
        <w:t>submitted</w:t>
      </w:r>
      <w:r w:rsidRPr="00F23E1C">
        <w:rPr>
          <w:rFonts w:ascii="Calibri" w:hAnsi="Calibri"/>
          <w:b/>
          <w:color w:val="1A1A2E"/>
        </w:rPr>
        <w:t xml:space="preserve"> </w:t>
      </w:r>
      <w:r w:rsidRPr="00C802C2">
        <w:rPr>
          <w:rFonts w:ascii="Calibri" w:hAnsi="Calibri"/>
          <w:i/>
          <w:color w:val="888888"/>
          <w:sz w:val="18"/>
        </w:rPr>
        <w:t>for</w:t>
      </w:r>
      <w:r w:rsidRPr="00F23E1C">
        <w:rPr>
          <w:rFonts w:ascii="Calibri" w:hAnsi="Calibri"/>
          <w:b/>
          <w:color w:val="1A1A2E"/>
        </w:rPr>
        <w:t xml:space="preserve"> </w:t>
      </w:r>
      <w:r w:rsidRPr="00C802C2">
        <w:rPr>
          <w:rFonts w:ascii="Calibri" w:hAnsi="Calibri"/>
          <w:i/>
          <w:color w:val="888888"/>
          <w:sz w:val="18"/>
        </w:rPr>
        <w:t>the</w:t>
      </w:r>
      <w:r w:rsidRPr="00F23E1C">
        <w:rPr>
          <w:rFonts w:ascii="Calibri" w:hAnsi="Calibri"/>
          <w:b/>
          <w:color w:val="1A1A2E"/>
        </w:rPr>
        <w:t xml:space="preserve"> </w:t>
      </w:r>
      <w:r w:rsidRPr="00C802C2">
        <w:rPr>
          <w:rFonts w:ascii="Calibri" w:hAnsi="Calibri"/>
          <w:i/>
          <w:color w:val="888888"/>
          <w:sz w:val="18"/>
        </w:rPr>
        <w:t>award</w:t>
      </w:r>
      <w:r w:rsidRPr="00F23E1C">
        <w:rPr>
          <w:rFonts w:ascii="Calibri" w:hAnsi="Calibri"/>
          <w:b/>
          <w:color w:val="1A1A2E"/>
        </w:rPr>
        <w:t>.</w:t>
      </w:r>
    </w:p>
    <w:p w14:paraId="23BA0C81" w14:textId="77777777" w:rsidR="00B53BE2" w:rsidRDefault="000C5041">
      <w:pPr>
        <w:spacing w:after="0"/>
      </w:pPr>
      <w:r>
        <w:rPr>
          <w:color w:val="CCCCCC"/>
          <w:sz w:val="16"/>
        </w:rPr>
        <w:t>______________________________________________________________________________________________________________</w:t>
      </w:r>
    </w:p>
    <w:p w14:paraId="337E799F" w14:textId="77777777" w:rsidR="00B53BE2" w:rsidRDefault="000C5041">
      <w:pPr>
        <w:spacing w:before="160" w:after="40"/>
      </w:pPr>
      <w:r>
        <w:rPr>
          <w:rFonts w:ascii="Calibri" w:hAnsi="Calibri"/>
          <w:b/>
          <w:color w:val="D4AF37"/>
          <w:sz w:val="24"/>
        </w:rPr>
        <w:t>Q</w:t>
      </w:r>
      <w:proofErr w:type="gramStart"/>
      <w:r>
        <w:rPr>
          <w:rFonts w:ascii="Calibri" w:hAnsi="Calibri"/>
          <w:b/>
          <w:color w:val="D4AF37"/>
          <w:sz w:val="24"/>
        </w:rPr>
        <w:t xml:space="preserve">2  </w:t>
      </w:r>
      <w:r>
        <w:rPr>
          <w:rFonts w:ascii="Calibri" w:hAnsi="Calibri"/>
          <w:b/>
          <w:color w:val="1A1A2E"/>
        </w:rPr>
        <w:t>Describe</w:t>
      </w:r>
      <w:proofErr w:type="gramEnd"/>
      <w:r>
        <w:rPr>
          <w:rFonts w:ascii="Calibri" w:hAnsi="Calibri"/>
          <w:b/>
          <w:color w:val="1A1A2E"/>
        </w:rPr>
        <w:t xml:space="preserve"> the initiative.  [Evidence Required]</w:t>
      </w:r>
    </w:p>
    <w:p w14:paraId="7A2C0921" w14:textId="7CCB9A67" w:rsidR="00B53BE2" w:rsidRDefault="0028716C">
      <w:pPr>
        <w:spacing w:after="0"/>
      </w:pPr>
      <w:r w:rsidRPr="0028716C">
        <w:rPr>
          <w:rFonts w:ascii="Calibri" w:hAnsi="Calibri"/>
          <w:i/>
          <w:color w:val="888888"/>
          <w:sz w:val="18"/>
        </w:rPr>
        <w:t xml:space="preserve">Briefly describe the initiative, including its purpose, target beneficiaries, and the family challenge or need </w:t>
      </w:r>
      <w:proofErr w:type="gramStart"/>
      <w:r w:rsidRPr="0028716C">
        <w:rPr>
          <w:rFonts w:ascii="Calibri" w:hAnsi="Calibri"/>
          <w:i/>
          <w:color w:val="888888"/>
          <w:sz w:val="18"/>
        </w:rPr>
        <w:t>it</w:t>
      </w:r>
      <w:proofErr w:type="gramEnd"/>
      <w:r w:rsidRPr="0028716C">
        <w:rPr>
          <w:rFonts w:ascii="Calibri" w:hAnsi="Calibri"/>
          <w:i/>
          <w:color w:val="888888"/>
          <w:sz w:val="18"/>
        </w:rPr>
        <w:t xml:space="preserve"> addresses. (Max. 250 </w:t>
      </w:r>
      <w:proofErr w:type="gramStart"/>
      <w:r w:rsidRPr="0028716C">
        <w:rPr>
          <w:rFonts w:ascii="Calibri" w:hAnsi="Calibri"/>
          <w:i/>
          <w:color w:val="888888"/>
          <w:sz w:val="18"/>
        </w:rPr>
        <w:t>words)</w:t>
      </w:r>
      <w:r w:rsidR="000C5041">
        <w:rPr>
          <w:color w:val="CCCCCC"/>
          <w:sz w:val="16"/>
        </w:rPr>
        <w:t>_</w:t>
      </w:r>
      <w:proofErr w:type="gramEnd"/>
      <w:r w:rsidR="000C5041">
        <w:rPr>
          <w:color w:val="CCCCCC"/>
          <w:sz w:val="16"/>
        </w:rPr>
        <w:t>_____________________________________________________________________________________________________________</w:t>
      </w:r>
    </w:p>
    <w:p w14:paraId="066722E4" w14:textId="77777777" w:rsidR="00B53BE2" w:rsidRDefault="000C5041">
      <w:pPr>
        <w:spacing w:after="0"/>
      </w:pPr>
      <w:r>
        <w:rPr>
          <w:color w:val="CCCCCC"/>
          <w:sz w:val="16"/>
        </w:rPr>
        <w:t>______________________________________________________________________________________________________________</w:t>
      </w:r>
    </w:p>
    <w:p w14:paraId="3DB22785" w14:textId="77777777" w:rsidR="00B53BE2" w:rsidRDefault="000C5041">
      <w:pPr>
        <w:spacing w:after="0"/>
      </w:pPr>
      <w:r>
        <w:rPr>
          <w:color w:val="CCCCCC"/>
          <w:sz w:val="16"/>
        </w:rPr>
        <w:t>______________________________________________________________________________________________________________</w:t>
      </w:r>
    </w:p>
    <w:p w14:paraId="76A2F6F9" w14:textId="77777777" w:rsidR="00B53BE2" w:rsidRDefault="000C5041">
      <w:pPr>
        <w:spacing w:before="160" w:after="40"/>
      </w:pPr>
      <w:r>
        <w:rPr>
          <w:rFonts w:ascii="Calibri" w:hAnsi="Calibri"/>
          <w:b/>
          <w:color w:val="D4AF37"/>
          <w:sz w:val="24"/>
        </w:rPr>
        <w:lastRenderedPageBreak/>
        <w:t>Q</w:t>
      </w:r>
      <w:proofErr w:type="gramStart"/>
      <w:r>
        <w:rPr>
          <w:rFonts w:ascii="Calibri" w:hAnsi="Calibri"/>
          <w:b/>
          <w:color w:val="D4AF37"/>
          <w:sz w:val="24"/>
        </w:rPr>
        <w:t xml:space="preserve">3  </w:t>
      </w:r>
      <w:r>
        <w:rPr>
          <w:rFonts w:ascii="Calibri" w:hAnsi="Calibri"/>
          <w:b/>
          <w:color w:val="1A1A2E"/>
        </w:rPr>
        <w:t>Provide</w:t>
      </w:r>
      <w:proofErr w:type="gramEnd"/>
      <w:r>
        <w:rPr>
          <w:rFonts w:ascii="Calibri" w:hAnsi="Calibri"/>
          <w:b/>
          <w:color w:val="1A1A2E"/>
        </w:rPr>
        <w:t xml:space="preserve"> measurable evidence of impact.  [Evidence Required]</w:t>
      </w:r>
    </w:p>
    <w:p w14:paraId="742917C7" w14:textId="33DE9840" w:rsidR="00B53BE2" w:rsidRDefault="00FB7323">
      <w:pPr>
        <w:spacing w:after="0"/>
      </w:pPr>
      <w:r w:rsidRPr="00FB7323">
        <w:rPr>
          <w:rFonts w:ascii="Calibri" w:hAnsi="Calibri"/>
          <w:i/>
          <w:color w:val="888888"/>
          <w:sz w:val="18"/>
        </w:rPr>
        <w:t xml:space="preserve">Describe the results achieved by the initiative. Include measurable evidence such as the number of beneficiaries reached, outcome indicators, improvements achieved, or other evidence demonstrating its </w:t>
      </w:r>
      <w:proofErr w:type="gramStart"/>
      <w:r w:rsidRPr="00FB7323">
        <w:rPr>
          <w:rFonts w:ascii="Calibri" w:hAnsi="Calibri"/>
          <w:i/>
          <w:color w:val="888888"/>
          <w:sz w:val="18"/>
        </w:rPr>
        <w:t>impact.</w:t>
      </w:r>
      <w:r w:rsidR="000C5041">
        <w:rPr>
          <w:color w:val="CCCCCC"/>
          <w:sz w:val="16"/>
        </w:rPr>
        <w:t>_</w:t>
      </w:r>
      <w:proofErr w:type="gramEnd"/>
      <w:r w:rsidR="000C5041">
        <w:rPr>
          <w:color w:val="CCCCCC"/>
          <w:sz w:val="16"/>
        </w:rPr>
        <w:t>_____________________________________________________________________________________________________________</w:t>
      </w:r>
    </w:p>
    <w:p w14:paraId="67821597" w14:textId="77777777" w:rsidR="00B53BE2" w:rsidRDefault="000C5041">
      <w:pPr>
        <w:spacing w:after="0"/>
      </w:pPr>
      <w:r>
        <w:rPr>
          <w:color w:val="CCCCCC"/>
          <w:sz w:val="16"/>
        </w:rPr>
        <w:t>______________________________________________________________________________________________________________</w:t>
      </w:r>
    </w:p>
    <w:p w14:paraId="04833C11" w14:textId="77777777" w:rsidR="00B53BE2" w:rsidRDefault="000C5041">
      <w:pPr>
        <w:spacing w:after="0"/>
      </w:pPr>
      <w:r>
        <w:rPr>
          <w:color w:val="CCCCCC"/>
          <w:sz w:val="16"/>
        </w:rPr>
        <w:t>______________________________________________________________________________________________________________</w:t>
      </w:r>
    </w:p>
    <w:p w14:paraId="20D3D4AB" w14:textId="64ED0566" w:rsidR="005A07DA" w:rsidRPr="00C802C2" w:rsidRDefault="000C5041" w:rsidP="00C802C2">
      <w:pPr>
        <w:spacing w:after="120"/>
        <w:rPr>
          <w:lang w:val="en-AE"/>
        </w:rPr>
      </w:pPr>
      <w:r>
        <w:rPr>
          <w:rFonts w:ascii="Calibri" w:hAnsi="Calibri"/>
          <w:b/>
          <w:color w:val="D4AF37"/>
          <w:sz w:val="24"/>
        </w:rPr>
        <w:t>Q</w:t>
      </w:r>
      <w:proofErr w:type="gramStart"/>
      <w:r>
        <w:rPr>
          <w:rFonts w:ascii="Calibri" w:hAnsi="Calibri"/>
          <w:b/>
          <w:color w:val="D4AF37"/>
          <w:sz w:val="24"/>
        </w:rPr>
        <w:t xml:space="preserve">4  </w:t>
      </w:r>
      <w:r w:rsidR="004467CD">
        <w:rPr>
          <w:rFonts w:ascii="Calibri" w:hAnsi="Calibri"/>
          <w:b/>
          <w:color w:val="1A1A2E"/>
        </w:rPr>
        <w:t>When</w:t>
      </w:r>
      <w:proofErr w:type="gramEnd"/>
      <w:r w:rsidR="004467CD">
        <w:rPr>
          <w:rFonts w:ascii="Calibri" w:hAnsi="Calibri"/>
          <w:b/>
          <w:color w:val="1A1A2E"/>
        </w:rPr>
        <w:t xml:space="preserve"> was this initiative launched, and is it still active? </w:t>
      </w:r>
      <w:r w:rsidR="005A07DA">
        <w:rPr>
          <w:rFonts w:ascii="Calibri" w:hAnsi="Calibri"/>
          <w:b/>
          <w:color w:val="1A1A2E"/>
        </w:rPr>
        <w:t xml:space="preserve"> </w:t>
      </w:r>
      <w:r w:rsidR="005A07DA" w:rsidRPr="00C802C2">
        <w:rPr>
          <w:rFonts w:ascii="Calibri" w:hAnsi="Calibri"/>
          <w:i/>
          <w:color w:val="888888"/>
          <w:sz w:val="18"/>
        </w:rPr>
        <w:t>Explain</w:t>
      </w:r>
      <w:r w:rsidR="005A07DA" w:rsidRPr="005A07DA">
        <w:rPr>
          <w:lang w:val="en-AE"/>
        </w:rPr>
        <w:t xml:space="preserve"> </w:t>
      </w:r>
      <w:r w:rsidR="005A07DA" w:rsidRPr="00C802C2">
        <w:rPr>
          <w:rFonts w:ascii="Calibri" w:hAnsi="Calibri"/>
          <w:i/>
          <w:color w:val="888888"/>
          <w:sz w:val="18"/>
        </w:rPr>
        <w:t>how</w:t>
      </w:r>
      <w:r w:rsidR="005A07DA" w:rsidRPr="005A07DA">
        <w:rPr>
          <w:lang w:val="en-AE"/>
        </w:rPr>
        <w:t xml:space="preserve"> </w:t>
      </w:r>
      <w:r w:rsidR="005A07DA" w:rsidRPr="00C802C2">
        <w:rPr>
          <w:rFonts w:ascii="Calibri" w:hAnsi="Calibri"/>
          <w:i/>
          <w:color w:val="888888"/>
          <w:sz w:val="18"/>
        </w:rPr>
        <w:t>the</w:t>
      </w:r>
      <w:r w:rsidR="005A07DA" w:rsidRPr="005A07DA">
        <w:rPr>
          <w:lang w:val="en-AE"/>
        </w:rPr>
        <w:t xml:space="preserve"> </w:t>
      </w:r>
      <w:r w:rsidR="005A07DA" w:rsidRPr="00C802C2">
        <w:rPr>
          <w:rFonts w:ascii="Calibri" w:hAnsi="Calibri"/>
          <w:i/>
          <w:color w:val="888888"/>
          <w:sz w:val="18"/>
        </w:rPr>
        <w:t>initiative</w:t>
      </w:r>
      <w:r w:rsidR="005A07DA" w:rsidRPr="005A07DA">
        <w:rPr>
          <w:lang w:val="en-AE"/>
        </w:rPr>
        <w:t xml:space="preserve"> </w:t>
      </w:r>
      <w:r w:rsidR="005A07DA" w:rsidRPr="00C802C2">
        <w:rPr>
          <w:rFonts w:ascii="Calibri" w:hAnsi="Calibri"/>
          <w:i/>
          <w:color w:val="888888"/>
          <w:sz w:val="18"/>
        </w:rPr>
        <w:t>will</w:t>
      </w:r>
      <w:r w:rsidR="005A07DA" w:rsidRPr="005A07DA">
        <w:rPr>
          <w:lang w:val="en-AE"/>
        </w:rPr>
        <w:t xml:space="preserve"> </w:t>
      </w:r>
      <w:r w:rsidR="005A07DA" w:rsidRPr="00C802C2">
        <w:rPr>
          <w:rFonts w:ascii="Calibri" w:hAnsi="Calibri"/>
          <w:i/>
          <w:color w:val="888888"/>
          <w:sz w:val="18"/>
        </w:rPr>
        <w:t>continue</w:t>
      </w:r>
      <w:r w:rsidR="005A07DA" w:rsidRPr="005A07DA">
        <w:rPr>
          <w:lang w:val="en-AE"/>
        </w:rPr>
        <w:t xml:space="preserve"> </w:t>
      </w:r>
      <w:r w:rsidR="005A07DA" w:rsidRPr="00C802C2">
        <w:rPr>
          <w:rFonts w:ascii="Calibri" w:hAnsi="Calibri"/>
          <w:i/>
          <w:color w:val="888888"/>
          <w:sz w:val="18"/>
        </w:rPr>
        <w:t>to</w:t>
      </w:r>
      <w:r w:rsidR="005A07DA" w:rsidRPr="005A07DA">
        <w:rPr>
          <w:lang w:val="en-AE"/>
        </w:rPr>
        <w:t xml:space="preserve"> </w:t>
      </w:r>
      <w:r w:rsidR="005A07DA" w:rsidRPr="00C802C2">
        <w:rPr>
          <w:rFonts w:ascii="Calibri" w:hAnsi="Calibri"/>
          <w:i/>
          <w:color w:val="888888"/>
          <w:sz w:val="18"/>
        </w:rPr>
        <w:t>create</w:t>
      </w:r>
      <w:r w:rsidR="005A07DA" w:rsidRPr="005A07DA">
        <w:rPr>
          <w:lang w:val="en-AE"/>
        </w:rPr>
        <w:t xml:space="preserve"> </w:t>
      </w:r>
      <w:r w:rsidR="005A07DA" w:rsidRPr="00C802C2">
        <w:rPr>
          <w:rFonts w:ascii="Calibri" w:hAnsi="Calibri"/>
          <w:i/>
          <w:color w:val="888888"/>
          <w:sz w:val="18"/>
        </w:rPr>
        <w:t>impact</w:t>
      </w:r>
      <w:r w:rsidR="005A07DA" w:rsidRPr="005A07DA">
        <w:rPr>
          <w:lang w:val="en-AE"/>
        </w:rPr>
        <w:t xml:space="preserve"> </w:t>
      </w:r>
      <w:r w:rsidR="005A07DA" w:rsidRPr="00C802C2">
        <w:rPr>
          <w:rFonts w:ascii="Calibri" w:hAnsi="Calibri"/>
          <w:i/>
          <w:color w:val="888888"/>
          <w:sz w:val="18"/>
        </w:rPr>
        <w:t>over</w:t>
      </w:r>
      <w:r w:rsidR="005A07DA" w:rsidRPr="005A07DA">
        <w:rPr>
          <w:lang w:val="en-AE"/>
        </w:rPr>
        <w:t xml:space="preserve"> </w:t>
      </w:r>
      <w:r w:rsidR="005A07DA" w:rsidRPr="00C802C2">
        <w:rPr>
          <w:rFonts w:ascii="Calibri" w:hAnsi="Calibri"/>
          <w:i/>
          <w:color w:val="888888"/>
          <w:sz w:val="18"/>
        </w:rPr>
        <w:t>time</w:t>
      </w:r>
      <w:r w:rsidR="005A07DA" w:rsidRPr="005A07DA">
        <w:rPr>
          <w:lang w:val="en-AE"/>
        </w:rPr>
        <w:t xml:space="preserve"> </w:t>
      </w:r>
      <w:r w:rsidR="005A07DA" w:rsidRPr="00C802C2">
        <w:rPr>
          <w:rFonts w:ascii="Calibri" w:hAnsi="Calibri"/>
          <w:i/>
          <w:color w:val="888888"/>
          <w:sz w:val="18"/>
        </w:rPr>
        <w:t>and</w:t>
      </w:r>
      <w:r w:rsidR="005A07DA" w:rsidRPr="005A07DA">
        <w:rPr>
          <w:lang w:val="en-AE"/>
        </w:rPr>
        <w:t xml:space="preserve"> </w:t>
      </w:r>
      <w:r w:rsidR="005A07DA" w:rsidRPr="00C802C2">
        <w:rPr>
          <w:rFonts w:ascii="Calibri" w:hAnsi="Calibri"/>
          <w:i/>
          <w:color w:val="888888"/>
          <w:sz w:val="18"/>
        </w:rPr>
        <w:t>whether</w:t>
      </w:r>
      <w:r w:rsidR="005A07DA" w:rsidRPr="005A07DA">
        <w:rPr>
          <w:lang w:val="en-AE"/>
        </w:rPr>
        <w:t xml:space="preserve"> </w:t>
      </w:r>
      <w:r w:rsidR="005A07DA" w:rsidRPr="00C802C2">
        <w:rPr>
          <w:rFonts w:ascii="Calibri" w:hAnsi="Calibri"/>
          <w:i/>
          <w:color w:val="888888"/>
          <w:sz w:val="18"/>
        </w:rPr>
        <w:t>it</w:t>
      </w:r>
      <w:r w:rsidR="005A07DA" w:rsidRPr="005A07DA">
        <w:rPr>
          <w:lang w:val="en-AE"/>
        </w:rPr>
        <w:t xml:space="preserve"> </w:t>
      </w:r>
      <w:r w:rsidR="005A07DA" w:rsidRPr="00C802C2">
        <w:rPr>
          <w:rFonts w:ascii="Calibri" w:hAnsi="Calibri"/>
          <w:i/>
          <w:color w:val="888888"/>
          <w:sz w:val="18"/>
        </w:rPr>
        <w:t>has</w:t>
      </w:r>
      <w:r w:rsidR="005A07DA" w:rsidRPr="005A07DA">
        <w:rPr>
          <w:lang w:val="en-AE"/>
        </w:rPr>
        <w:t xml:space="preserve"> </w:t>
      </w:r>
      <w:r w:rsidR="005A07DA" w:rsidRPr="00C802C2">
        <w:rPr>
          <w:rFonts w:ascii="Calibri" w:hAnsi="Calibri"/>
          <w:i/>
          <w:color w:val="888888"/>
          <w:sz w:val="18"/>
        </w:rPr>
        <w:t>been</w:t>
      </w:r>
      <w:r w:rsidR="005A07DA" w:rsidRPr="005A07DA">
        <w:rPr>
          <w:lang w:val="en-AE"/>
        </w:rPr>
        <w:t xml:space="preserve"> </w:t>
      </w:r>
      <w:r w:rsidR="005A07DA" w:rsidRPr="00C802C2">
        <w:rPr>
          <w:rFonts w:ascii="Calibri" w:hAnsi="Calibri"/>
          <w:i/>
          <w:color w:val="888888"/>
          <w:sz w:val="18"/>
        </w:rPr>
        <w:t>expanded</w:t>
      </w:r>
      <w:r w:rsidR="005A07DA" w:rsidRPr="005A07DA">
        <w:rPr>
          <w:lang w:val="en-AE"/>
        </w:rPr>
        <w:t xml:space="preserve"> </w:t>
      </w:r>
      <w:r w:rsidR="005A07DA" w:rsidRPr="00C802C2">
        <w:rPr>
          <w:rFonts w:ascii="Calibri" w:hAnsi="Calibri"/>
          <w:i/>
          <w:color w:val="888888"/>
          <w:sz w:val="18"/>
        </w:rPr>
        <w:t>or</w:t>
      </w:r>
      <w:r w:rsidR="005A07DA" w:rsidRPr="005A07DA">
        <w:rPr>
          <w:lang w:val="en-AE"/>
        </w:rPr>
        <w:t xml:space="preserve"> </w:t>
      </w:r>
      <w:r w:rsidR="005A07DA" w:rsidRPr="00C802C2">
        <w:rPr>
          <w:rFonts w:ascii="Calibri" w:hAnsi="Calibri"/>
          <w:i/>
          <w:color w:val="888888"/>
          <w:sz w:val="18"/>
        </w:rPr>
        <w:t>can</w:t>
      </w:r>
      <w:r w:rsidR="005A07DA" w:rsidRPr="005A07DA">
        <w:rPr>
          <w:lang w:val="en-AE"/>
        </w:rPr>
        <w:t xml:space="preserve"> </w:t>
      </w:r>
      <w:r w:rsidR="005A07DA" w:rsidRPr="00C802C2">
        <w:rPr>
          <w:rFonts w:ascii="Calibri" w:hAnsi="Calibri"/>
          <w:i/>
          <w:color w:val="888888"/>
          <w:sz w:val="18"/>
        </w:rPr>
        <w:t>be</w:t>
      </w:r>
      <w:r w:rsidR="005A07DA" w:rsidRPr="005A07DA">
        <w:rPr>
          <w:lang w:val="en-AE"/>
        </w:rPr>
        <w:t xml:space="preserve"> </w:t>
      </w:r>
      <w:r w:rsidR="005A07DA" w:rsidRPr="00C802C2">
        <w:rPr>
          <w:rFonts w:ascii="Calibri" w:hAnsi="Calibri"/>
          <w:i/>
          <w:color w:val="888888"/>
          <w:sz w:val="18"/>
        </w:rPr>
        <w:t>replicated</w:t>
      </w:r>
      <w:r w:rsidR="005A07DA" w:rsidRPr="005A07DA">
        <w:rPr>
          <w:lang w:val="en-AE"/>
        </w:rPr>
        <w:t xml:space="preserve"> </w:t>
      </w:r>
      <w:r w:rsidR="005A07DA" w:rsidRPr="00C802C2">
        <w:rPr>
          <w:rFonts w:ascii="Calibri" w:hAnsi="Calibri"/>
          <w:i/>
          <w:color w:val="888888"/>
          <w:sz w:val="18"/>
        </w:rPr>
        <w:t>in</w:t>
      </w:r>
      <w:r w:rsidR="005A07DA" w:rsidRPr="005A07DA">
        <w:rPr>
          <w:lang w:val="en-AE"/>
        </w:rPr>
        <w:t xml:space="preserve"> </w:t>
      </w:r>
      <w:r w:rsidR="005A07DA" w:rsidRPr="00C802C2">
        <w:rPr>
          <w:rFonts w:ascii="Calibri" w:hAnsi="Calibri"/>
          <w:i/>
          <w:color w:val="888888"/>
          <w:sz w:val="18"/>
        </w:rPr>
        <w:t>other</w:t>
      </w:r>
      <w:r w:rsidR="005A07DA" w:rsidRPr="005A07DA">
        <w:rPr>
          <w:lang w:val="en-AE"/>
        </w:rPr>
        <w:t xml:space="preserve"> </w:t>
      </w:r>
      <w:r w:rsidR="005A07DA" w:rsidRPr="00C802C2">
        <w:rPr>
          <w:rFonts w:ascii="Calibri" w:hAnsi="Calibri"/>
          <w:i/>
          <w:color w:val="888888"/>
          <w:sz w:val="18"/>
        </w:rPr>
        <w:t>communities</w:t>
      </w:r>
      <w:r w:rsidR="005A07DA" w:rsidRPr="005A07DA">
        <w:rPr>
          <w:lang w:val="en-AE"/>
        </w:rPr>
        <w:t xml:space="preserve"> </w:t>
      </w:r>
      <w:r w:rsidR="005A07DA" w:rsidRPr="00C802C2">
        <w:rPr>
          <w:rFonts w:ascii="Calibri" w:hAnsi="Calibri"/>
          <w:i/>
          <w:color w:val="888888"/>
          <w:sz w:val="18"/>
        </w:rPr>
        <w:t>or</w:t>
      </w:r>
      <w:r w:rsidR="005A07DA" w:rsidRPr="005A07DA">
        <w:rPr>
          <w:lang w:val="en-AE"/>
        </w:rPr>
        <w:t xml:space="preserve"> </w:t>
      </w:r>
      <w:r w:rsidR="005A07DA" w:rsidRPr="00C802C2">
        <w:rPr>
          <w:rFonts w:ascii="Calibri" w:hAnsi="Calibri"/>
          <w:i/>
          <w:color w:val="888888"/>
          <w:sz w:val="18"/>
        </w:rPr>
        <w:t>organizations</w:t>
      </w:r>
      <w:r w:rsidR="005A07DA" w:rsidRPr="005A07DA">
        <w:rPr>
          <w:lang w:val="en-AE"/>
        </w:rPr>
        <w:t>.</w:t>
      </w:r>
    </w:p>
    <w:p w14:paraId="66D86665" w14:textId="77777777" w:rsidR="00B53BE2" w:rsidRDefault="000C5041" w:rsidP="005A07DA">
      <w:pPr>
        <w:spacing w:before="160" w:after="40"/>
      </w:pPr>
      <w:r>
        <w:rPr>
          <w:color w:val="CCCCCC"/>
          <w:sz w:val="16"/>
        </w:rPr>
        <w:t>______________________________________________________________________________________________________________</w:t>
      </w:r>
    </w:p>
    <w:p w14:paraId="16DD2DAD" w14:textId="77777777" w:rsidR="00B53BE2" w:rsidRDefault="000C5041">
      <w:pPr>
        <w:spacing w:before="160" w:after="40"/>
      </w:pPr>
      <w:r>
        <w:rPr>
          <w:rFonts w:ascii="Calibri" w:hAnsi="Calibri"/>
          <w:b/>
          <w:color w:val="D4AF37"/>
          <w:sz w:val="24"/>
        </w:rPr>
        <w:t>Q</w:t>
      </w:r>
      <w:proofErr w:type="gramStart"/>
      <w:r>
        <w:rPr>
          <w:rFonts w:ascii="Calibri" w:hAnsi="Calibri"/>
          <w:b/>
          <w:color w:val="D4AF37"/>
          <w:sz w:val="24"/>
        </w:rPr>
        <w:t xml:space="preserve">5  </w:t>
      </w:r>
      <w:r>
        <w:rPr>
          <w:rFonts w:ascii="Calibri" w:hAnsi="Calibri"/>
          <w:b/>
          <w:color w:val="1A1A2E"/>
        </w:rPr>
        <w:t>What</w:t>
      </w:r>
      <w:proofErr w:type="gramEnd"/>
      <w:r>
        <w:rPr>
          <w:rFonts w:ascii="Calibri" w:hAnsi="Calibri"/>
          <w:b/>
          <w:color w:val="1A1A2E"/>
        </w:rPr>
        <w:t xml:space="preserve"> was the total investment or budget allocated to this initiative?  [Evidence Required]</w:t>
      </w:r>
    </w:p>
    <w:p w14:paraId="04A03861" w14:textId="6700A16E" w:rsidR="00B53BE2" w:rsidRDefault="0080326C">
      <w:pPr>
        <w:spacing w:after="0"/>
      </w:pPr>
      <w:r w:rsidRPr="0080326C">
        <w:rPr>
          <w:rFonts w:ascii="Calibri" w:hAnsi="Calibri"/>
          <w:i/>
          <w:color w:val="888888"/>
          <w:sz w:val="18"/>
        </w:rPr>
        <w:t xml:space="preserve">Provide an overview of the resources invested in the initiative (financial and/or in-kind) and identify any key partners that contributed to its implementation or </w:t>
      </w:r>
      <w:proofErr w:type="gramStart"/>
      <w:r w:rsidRPr="0080326C">
        <w:rPr>
          <w:rFonts w:ascii="Calibri" w:hAnsi="Calibri"/>
          <w:i/>
          <w:color w:val="888888"/>
          <w:sz w:val="18"/>
        </w:rPr>
        <w:t>success.</w:t>
      </w:r>
      <w:r w:rsidR="000C5041">
        <w:rPr>
          <w:color w:val="CCCCCC"/>
          <w:sz w:val="16"/>
        </w:rPr>
        <w:t>_</w:t>
      </w:r>
      <w:proofErr w:type="gramEnd"/>
      <w:r w:rsidR="000C5041">
        <w:rPr>
          <w:color w:val="CCCCCC"/>
          <w:sz w:val="16"/>
        </w:rPr>
        <w:t>_____________________________________________________________________________________________________________</w:t>
      </w:r>
    </w:p>
    <w:p w14:paraId="119F9F5B" w14:textId="77777777" w:rsidR="00B53BE2" w:rsidRDefault="000C5041">
      <w:pPr>
        <w:spacing w:before="80" w:after="80"/>
      </w:pPr>
      <w:r>
        <w:rPr>
          <w:color w:val="0000FF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33B12FCA" w14:textId="2123DB51" w:rsidR="00B53BE2" w:rsidRDefault="000C5041">
      <w:pPr>
        <w:spacing w:before="240" w:after="80"/>
      </w:pPr>
      <w:r>
        <w:rPr>
          <w:rFonts w:ascii="Calibri" w:hAnsi="Calibri"/>
          <w:b/>
          <w:color w:val="FFFFFF"/>
          <w:sz w:val="20"/>
        </w:rPr>
        <w:t xml:space="preserve">  03  </w:t>
      </w:r>
      <w:r>
        <w:rPr>
          <w:rFonts w:ascii="Calibri" w:hAnsi="Calibri"/>
          <w:b/>
          <w:color w:val="0000FF"/>
          <w:sz w:val="26"/>
        </w:rPr>
        <w:t xml:space="preserve">   Criteria Framework — Tick All </w:t>
      </w:r>
      <w:r w:rsidR="00AD3ED9">
        <w:rPr>
          <w:rFonts w:ascii="Calibri" w:hAnsi="Calibri"/>
          <w:b/>
          <w:color w:val="0000FF"/>
          <w:sz w:val="26"/>
        </w:rPr>
        <w:t>Criteria That</w:t>
      </w:r>
      <w:r>
        <w:rPr>
          <w:rFonts w:ascii="Calibri" w:hAnsi="Calibri"/>
          <w:b/>
          <w:color w:val="0000FF"/>
          <w:sz w:val="26"/>
        </w:rPr>
        <w:t xml:space="preserve"> Apply</w:t>
      </w:r>
    </w:p>
    <w:p w14:paraId="6C23EF55" w14:textId="77777777" w:rsidR="00C802C2" w:rsidRDefault="00EF59E6">
      <w:pPr>
        <w:spacing w:before="160" w:after="40"/>
        <w:rPr>
          <w:rFonts w:ascii="Calibri" w:hAnsi="Calibri"/>
          <w:b/>
          <w:color w:val="0000FF"/>
        </w:rPr>
      </w:pPr>
      <w:r w:rsidRPr="00EF59E6">
        <w:rPr>
          <w:rFonts w:ascii="Calibri" w:hAnsi="Calibri"/>
          <w:i/>
          <w:color w:val="555555"/>
          <w:sz w:val="19"/>
        </w:rPr>
        <w:t xml:space="preserve">For each criterion below, describe how your initiative meets the requirement and </w:t>
      </w:r>
      <w:r w:rsidR="00C802C2" w:rsidRPr="00EF59E6">
        <w:rPr>
          <w:rFonts w:ascii="Calibri" w:hAnsi="Calibri"/>
          <w:i/>
          <w:color w:val="555555"/>
          <w:sz w:val="19"/>
        </w:rPr>
        <w:t>provides</w:t>
      </w:r>
      <w:r w:rsidRPr="00EF59E6">
        <w:rPr>
          <w:rFonts w:ascii="Calibri" w:hAnsi="Calibri"/>
          <w:i/>
          <w:color w:val="555555"/>
          <w:sz w:val="19"/>
        </w:rPr>
        <w:t xml:space="preserve"> supporting </w:t>
      </w:r>
      <w:r w:rsidR="00C802C2" w:rsidRPr="00EF59E6">
        <w:rPr>
          <w:rFonts w:ascii="Calibri" w:hAnsi="Calibri"/>
          <w:i/>
          <w:color w:val="555555"/>
          <w:sz w:val="19"/>
        </w:rPr>
        <w:t>evidence.</w:t>
      </w:r>
      <w:r w:rsidR="00C802C2">
        <w:rPr>
          <w:rFonts w:ascii="Calibri" w:hAnsi="Calibri"/>
          <w:b/>
          <w:color w:val="0000FF"/>
        </w:rPr>
        <w:t xml:space="preserve"> </w:t>
      </w:r>
    </w:p>
    <w:p w14:paraId="55A397F7" w14:textId="4958AA42" w:rsidR="00B53BE2" w:rsidRDefault="00C802C2">
      <w:pPr>
        <w:spacing w:before="160" w:after="40"/>
      </w:pPr>
      <w:r>
        <w:rPr>
          <w:rFonts w:ascii="Segoe UI Symbol" w:hAnsi="Segoe UI Symbol" w:cs="Segoe UI Symbol"/>
          <w:b/>
          <w:color w:val="0000FF"/>
        </w:rPr>
        <w:t>☐</w:t>
      </w:r>
      <w:r>
        <w:rPr>
          <w:rFonts w:ascii="Calibri" w:hAnsi="Calibri"/>
          <w:b/>
          <w:color w:val="0000FF"/>
        </w:rPr>
        <w:t xml:space="preserve"> Criterion</w:t>
      </w:r>
      <w:r w:rsidR="00CE682D" w:rsidRPr="00CE682D">
        <w:rPr>
          <w:rFonts w:ascii="Calibri" w:hAnsi="Calibri"/>
          <w:b/>
          <w:color w:val="0000FF"/>
        </w:rPr>
        <w:t xml:space="preserve"> 1 — Scale of Impact on Families and the Community</w:t>
      </w:r>
      <w:r w:rsidR="00CE682D" w:rsidRPr="00CE682D" w:rsidDel="00CE682D">
        <w:rPr>
          <w:rFonts w:ascii="Calibri" w:hAnsi="Calibri"/>
          <w:b/>
          <w:color w:val="0000FF"/>
        </w:rPr>
        <w:t xml:space="preserve"> </w:t>
      </w:r>
      <w:r w:rsidR="000C5041">
        <w:rPr>
          <w:rFonts w:ascii="Calibri" w:hAnsi="Calibri"/>
          <w:color w:val="00A3A3"/>
          <w:sz w:val="18"/>
        </w:rPr>
        <w:t xml:space="preserve">(Up to </w:t>
      </w:r>
      <w:r w:rsidR="00CE682D">
        <w:rPr>
          <w:rFonts w:ascii="Calibri" w:hAnsi="Calibri"/>
          <w:color w:val="00A3A3"/>
          <w:sz w:val="18"/>
        </w:rPr>
        <w:t>25</w:t>
      </w:r>
      <w:r w:rsidR="000C5041">
        <w:rPr>
          <w:rFonts w:ascii="Calibri" w:hAnsi="Calibri"/>
          <w:color w:val="00A3A3"/>
          <w:sz w:val="18"/>
        </w:rPr>
        <w:t xml:space="preserve"> pts)</w:t>
      </w:r>
    </w:p>
    <w:p w14:paraId="0009CF80" w14:textId="4AF7AAF9" w:rsidR="00B53BE2" w:rsidRDefault="00EF06CE">
      <w:pPr>
        <w:spacing w:after="120"/>
      </w:pPr>
      <w:r w:rsidRPr="00EF06CE">
        <w:rPr>
          <w:rFonts w:ascii="Calibri" w:hAnsi="Calibri"/>
          <w:i/>
          <w:color w:val="555555"/>
          <w:sz w:val="19"/>
        </w:rPr>
        <w:t>Describe how your initiative has created meaningful impact for families and the wider community.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53BE2" w14:paraId="581DD227" w14:textId="77777777">
        <w:tc>
          <w:tcPr>
            <w:tcW w:w="4819" w:type="dxa"/>
            <w:shd w:val="clear" w:color="auto" w:fill="F5F8FF"/>
          </w:tcPr>
          <w:p w14:paraId="136A2324" w14:textId="77777777" w:rsidR="00B53BE2" w:rsidRDefault="000C5041">
            <w:r>
              <w:rPr>
                <w:rFonts w:ascii="Calibri" w:hAnsi="Calibri"/>
                <w:color w:val="1A1A2E"/>
                <w:sz w:val="20"/>
              </w:rPr>
              <w:t>Describe your policy / programme:</w:t>
            </w:r>
            <w:r>
              <w:rPr>
                <w:rFonts w:ascii="Calibri" w:hAnsi="Calibri"/>
                <w:color w:val="1A1A2E"/>
                <w:sz w:val="20"/>
              </w:rPr>
              <w:br/>
            </w:r>
            <w:r>
              <w:rPr>
                <w:rFonts w:ascii="Calibri" w:hAnsi="Calibri"/>
                <w:color w:val="1A1A2E"/>
                <w:sz w:val="20"/>
              </w:rPr>
              <w:br/>
            </w:r>
            <w:r>
              <w:rPr>
                <w:rFonts w:ascii="Calibri" w:hAnsi="Calibri"/>
                <w:color w:val="1A1A2E"/>
                <w:sz w:val="20"/>
              </w:rPr>
              <w:br/>
            </w:r>
          </w:p>
        </w:tc>
        <w:tc>
          <w:tcPr>
            <w:tcW w:w="4819" w:type="dxa"/>
            <w:shd w:val="clear" w:color="auto" w:fill="FAFBFF"/>
          </w:tcPr>
          <w:p w14:paraId="69D2D40C" w14:textId="1A66ECF9" w:rsidR="00B53BE2" w:rsidRDefault="000C5041">
            <w:r>
              <w:rPr>
                <w:rFonts w:ascii="Calibri" w:hAnsi="Calibri"/>
                <w:color w:val="1A1A2E"/>
                <w:sz w:val="20"/>
              </w:rPr>
              <w:t>Evidence (</w:t>
            </w:r>
            <w:r w:rsidR="0018131D" w:rsidRPr="0018131D">
              <w:rPr>
                <w:rFonts w:ascii="Calibri" w:hAnsi="Calibri"/>
                <w:color w:val="1A1A2E"/>
                <w:sz w:val="20"/>
              </w:rPr>
              <w:t>Number of beneficiaries, geographic reach, community outcomes, testimonials, independent assessments, etc.</w:t>
            </w:r>
            <w:r>
              <w:rPr>
                <w:rFonts w:ascii="Calibri" w:hAnsi="Calibri"/>
                <w:color w:val="1A1A2E"/>
                <w:sz w:val="20"/>
              </w:rPr>
              <w:t>):</w:t>
            </w:r>
            <w:r>
              <w:rPr>
                <w:rFonts w:ascii="Calibri" w:hAnsi="Calibri"/>
                <w:color w:val="1A1A2E"/>
                <w:sz w:val="20"/>
              </w:rPr>
              <w:br/>
            </w:r>
            <w:r>
              <w:rPr>
                <w:rFonts w:ascii="Calibri" w:hAnsi="Calibri"/>
                <w:color w:val="1A1A2E"/>
                <w:sz w:val="20"/>
              </w:rPr>
              <w:br/>
            </w:r>
            <w:r>
              <w:rPr>
                <w:rFonts w:ascii="Calibri" w:hAnsi="Calibri"/>
                <w:color w:val="1A1A2E"/>
                <w:sz w:val="20"/>
              </w:rPr>
              <w:br/>
            </w:r>
          </w:p>
        </w:tc>
      </w:tr>
    </w:tbl>
    <w:p w14:paraId="0B140B39" w14:textId="1A60B0E6" w:rsidR="00B53BE2" w:rsidRDefault="00C802C2" w:rsidP="00002937">
      <w:pPr>
        <w:spacing w:before="160" w:after="40"/>
      </w:pPr>
      <w:r>
        <w:rPr>
          <w:rFonts w:ascii="Segoe UI Symbol" w:hAnsi="Segoe UI Symbol" w:cs="Segoe UI Symbol"/>
          <w:b/>
          <w:color w:val="0000FF"/>
        </w:rPr>
        <w:t>☐</w:t>
      </w:r>
      <w:r>
        <w:rPr>
          <w:rFonts w:ascii="Calibri" w:hAnsi="Calibri"/>
          <w:b/>
          <w:color w:val="0000FF"/>
        </w:rPr>
        <w:t xml:space="preserve"> Criterion</w:t>
      </w:r>
      <w:r w:rsidR="00002937" w:rsidRPr="00002937">
        <w:rPr>
          <w:rFonts w:ascii="Calibri" w:hAnsi="Calibri"/>
          <w:b/>
          <w:color w:val="0000FF"/>
        </w:rPr>
        <w:t xml:space="preserve"> 2 — Measurable Impact </w:t>
      </w:r>
      <w:r w:rsidR="000C5041">
        <w:rPr>
          <w:rFonts w:ascii="Calibri" w:hAnsi="Calibri"/>
          <w:color w:val="00A3A3"/>
          <w:sz w:val="18"/>
        </w:rPr>
        <w:t xml:space="preserve">(Up to </w:t>
      </w:r>
      <w:r w:rsidR="003E7363">
        <w:rPr>
          <w:rFonts w:ascii="Calibri" w:hAnsi="Calibri"/>
          <w:color w:val="00A3A3"/>
          <w:sz w:val="18"/>
        </w:rPr>
        <w:t>20</w:t>
      </w:r>
      <w:r w:rsidR="000C5041">
        <w:rPr>
          <w:rFonts w:ascii="Calibri" w:hAnsi="Calibri"/>
          <w:color w:val="00A3A3"/>
          <w:sz w:val="18"/>
        </w:rPr>
        <w:t xml:space="preserve"> pts)</w:t>
      </w:r>
    </w:p>
    <w:p w14:paraId="1AFF3026" w14:textId="229B1ECF" w:rsidR="00B53BE2" w:rsidRDefault="001D1CEC">
      <w:pPr>
        <w:spacing w:after="120"/>
      </w:pPr>
      <w:r w:rsidRPr="001D1CEC">
        <w:rPr>
          <w:rFonts w:ascii="Calibri" w:hAnsi="Calibri"/>
          <w:i/>
          <w:color w:val="555555"/>
          <w:sz w:val="19"/>
        </w:rPr>
        <w:t>Describe the measurable outcomes achieved through the initiative.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53BE2" w14:paraId="28D4A23D" w14:textId="77777777">
        <w:tc>
          <w:tcPr>
            <w:tcW w:w="4819" w:type="dxa"/>
            <w:shd w:val="clear" w:color="auto" w:fill="F5F8FF"/>
          </w:tcPr>
          <w:p w14:paraId="4AE6DC40" w14:textId="77777777" w:rsidR="00B53BE2" w:rsidRDefault="000C5041">
            <w:r>
              <w:rPr>
                <w:rFonts w:ascii="Calibri" w:hAnsi="Calibri"/>
                <w:color w:val="1A1A2E"/>
                <w:sz w:val="20"/>
              </w:rPr>
              <w:t>Describe your policy / programme:</w:t>
            </w:r>
            <w:r>
              <w:rPr>
                <w:rFonts w:ascii="Calibri" w:hAnsi="Calibri"/>
                <w:color w:val="1A1A2E"/>
                <w:sz w:val="20"/>
              </w:rPr>
              <w:br/>
            </w:r>
            <w:r>
              <w:rPr>
                <w:rFonts w:ascii="Calibri" w:hAnsi="Calibri"/>
                <w:color w:val="1A1A2E"/>
                <w:sz w:val="20"/>
              </w:rPr>
              <w:br/>
            </w:r>
            <w:r>
              <w:rPr>
                <w:rFonts w:ascii="Calibri" w:hAnsi="Calibri"/>
                <w:color w:val="1A1A2E"/>
                <w:sz w:val="20"/>
              </w:rPr>
              <w:br/>
            </w:r>
          </w:p>
        </w:tc>
        <w:tc>
          <w:tcPr>
            <w:tcW w:w="4819" w:type="dxa"/>
            <w:shd w:val="clear" w:color="auto" w:fill="FAFBFF"/>
          </w:tcPr>
          <w:p w14:paraId="159C50CE" w14:textId="33F9B54E" w:rsidR="00B53BE2" w:rsidRDefault="000C5041" w:rsidP="001D1CEC">
            <w:r>
              <w:rPr>
                <w:rFonts w:ascii="Calibri" w:hAnsi="Calibri"/>
                <w:color w:val="1A1A2E"/>
                <w:sz w:val="20"/>
              </w:rPr>
              <w:t>Evidence (</w:t>
            </w:r>
            <w:r w:rsidR="001D1CEC" w:rsidRPr="001D1CEC">
              <w:rPr>
                <w:rFonts w:ascii="Calibri" w:hAnsi="Calibri"/>
                <w:color w:val="1A1A2E"/>
                <w:sz w:val="20"/>
              </w:rPr>
              <w:t xml:space="preserve">KPIs, baseline vs. </w:t>
            </w:r>
            <w:proofErr w:type="gramStart"/>
            <w:r w:rsidR="001D1CEC" w:rsidRPr="001D1CEC">
              <w:rPr>
                <w:rFonts w:ascii="Calibri" w:hAnsi="Calibri"/>
                <w:color w:val="1A1A2E"/>
                <w:sz w:val="20"/>
              </w:rPr>
              <w:t>endline results</w:t>
            </w:r>
            <w:proofErr w:type="gramEnd"/>
            <w:r w:rsidR="001D1CEC" w:rsidRPr="001D1CEC">
              <w:rPr>
                <w:rFonts w:ascii="Calibri" w:hAnsi="Calibri"/>
                <w:color w:val="1A1A2E"/>
                <w:sz w:val="20"/>
              </w:rPr>
              <w:t>, survey findings, evaluation reports, statistics, or other measurable indicators.</w:t>
            </w:r>
            <w:r>
              <w:rPr>
                <w:rFonts w:ascii="Calibri" w:hAnsi="Calibri"/>
                <w:color w:val="1A1A2E"/>
                <w:sz w:val="20"/>
              </w:rPr>
              <w:t>):</w:t>
            </w:r>
            <w:r>
              <w:rPr>
                <w:rFonts w:ascii="Calibri" w:hAnsi="Calibri"/>
                <w:color w:val="1A1A2E"/>
                <w:sz w:val="20"/>
              </w:rPr>
              <w:br/>
            </w:r>
            <w:r>
              <w:rPr>
                <w:rFonts w:ascii="Calibri" w:hAnsi="Calibri"/>
                <w:color w:val="1A1A2E"/>
                <w:sz w:val="20"/>
              </w:rPr>
              <w:br/>
            </w:r>
            <w:r>
              <w:rPr>
                <w:rFonts w:ascii="Calibri" w:hAnsi="Calibri"/>
                <w:color w:val="1A1A2E"/>
                <w:sz w:val="20"/>
              </w:rPr>
              <w:br/>
            </w:r>
          </w:p>
        </w:tc>
      </w:tr>
    </w:tbl>
    <w:p w14:paraId="0060C8DE" w14:textId="3333CE18" w:rsidR="00B53BE2" w:rsidRDefault="00C802C2">
      <w:pPr>
        <w:spacing w:before="160" w:after="40"/>
      </w:pPr>
      <w:r>
        <w:rPr>
          <w:rFonts w:ascii="Segoe UI Symbol" w:hAnsi="Segoe UI Symbol" w:cs="Segoe UI Symbol"/>
          <w:b/>
          <w:color w:val="0000FF"/>
        </w:rPr>
        <w:t>☐</w:t>
      </w:r>
      <w:r>
        <w:rPr>
          <w:rFonts w:ascii="Calibri" w:hAnsi="Calibri"/>
          <w:b/>
          <w:color w:val="0000FF"/>
        </w:rPr>
        <w:t xml:space="preserve"> Criterion</w:t>
      </w:r>
      <w:r w:rsidR="00646653" w:rsidRPr="00646653">
        <w:rPr>
          <w:rFonts w:ascii="Calibri" w:hAnsi="Calibri"/>
          <w:b/>
          <w:color w:val="0000FF"/>
        </w:rPr>
        <w:t xml:space="preserve"> 3 — Sustainability and Lasting Impact</w:t>
      </w:r>
      <w:r w:rsidR="00646653" w:rsidRPr="00646653" w:rsidDel="00646653">
        <w:rPr>
          <w:rFonts w:ascii="Calibri" w:hAnsi="Calibri"/>
          <w:b/>
          <w:color w:val="0000FF"/>
        </w:rPr>
        <w:t xml:space="preserve"> </w:t>
      </w:r>
      <w:r w:rsidR="000C5041">
        <w:rPr>
          <w:rFonts w:ascii="Calibri" w:hAnsi="Calibri"/>
          <w:color w:val="00A3A3"/>
          <w:sz w:val="18"/>
        </w:rPr>
        <w:t>(Up to 15 pts)</w:t>
      </w:r>
    </w:p>
    <w:p w14:paraId="1C06A3CC" w14:textId="26A21A37" w:rsidR="00B53BE2" w:rsidRDefault="00D35992">
      <w:pPr>
        <w:spacing w:after="120"/>
      </w:pPr>
      <w:r w:rsidRPr="00D35992">
        <w:rPr>
          <w:rFonts w:ascii="Calibri" w:hAnsi="Calibri"/>
          <w:i/>
          <w:color w:val="555555"/>
          <w:sz w:val="19"/>
        </w:rPr>
        <w:t>Explain how the initiative will continue creating positive outcomes over time.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53BE2" w14:paraId="2D8A9D55" w14:textId="77777777">
        <w:tc>
          <w:tcPr>
            <w:tcW w:w="4819" w:type="dxa"/>
            <w:shd w:val="clear" w:color="auto" w:fill="F5F8FF"/>
          </w:tcPr>
          <w:p w14:paraId="45C696F6" w14:textId="77777777" w:rsidR="00B53BE2" w:rsidRDefault="000C5041">
            <w:r>
              <w:rPr>
                <w:rFonts w:ascii="Calibri" w:hAnsi="Calibri"/>
                <w:color w:val="1A1A2E"/>
                <w:sz w:val="20"/>
              </w:rPr>
              <w:t>Describe your policy / programme:</w:t>
            </w:r>
            <w:r>
              <w:rPr>
                <w:rFonts w:ascii="Calibri" w:hAnsi="Calibri"/>
                <w:color w:val="1A1A2E"/>
                <w:sz w:val="20"/>
              </w:rPr>
              <w:br/>
            </w:r>
            <w:r>
              <w:rPr>
                <w:rFonts w:ascii="Calibri" w:hAnsi="Calibri"/>
                <w:color w:val="1A1A2E"/>
                <w:sz w:val="20"/>
              </w:rPr>
              <w:br/>
            </w:r>
            <w:r>
              <w:rPr>
                <w:rFonts w:ascii="Calibri" w:hAnsi="Calibri"/>
                <w:color w:val="1A1A2E"/>
                <w:sz w:val="20"/>
              </w:rPr>
              <w:br/>
            </w:r>
          </w:p>
        </w:tc>
        <w:tc>
          <w:tcPr>
            <w:tcW w:w="4819" w:type="dxa"/>
            <w:shd w:val="clear" w:color="auto" w:fill="FAFBFF"/>
          </w:tcPr>
          <w:p w14:paraId="6E9A3906" w14:textId="33D48660" w:rsidR="00B53BE2" w:rsidRDefault="000C5041">
            <w:r>
              <w:rPr>
                <w:rFonts w:ascii="Calibri" w:hAnsi="Calibri"/>
                <w:color w:val="1A1A2E"/>
                <w:sz w:val="20"/>
              </w:rPr>
              <w:t>Evidence (</w:t>
            </w:r>
            <w:r w:rsidR="00D35992" w:rsidRPr="00D35992">
              <w:rPr>
                <w:rFonts w:ascii="Calibri" w:hAnsi="Calibri"/>
                <w:color w:val="1A1A2E"/>
                <w:sz w:val="20"/>
              </w:rPr>
              <w:t>Sustainability plans, long-term funding, governance mechanisms, continuation strategy, or evidence of ongoing impact.</w:t>
            </w:r>
            <w:r>
              <w:rPr>
                <w:rFonts w:ascii="Calibri" w:hAnsi="Calibri"/>
                <w:color w:val="1A1A2E"/>
                <w:sz w:val="20"/>
              </w:rPr>
              <w:t>):</w:t>
            </w:r>
            <w:r>
              <w:rPr>
                <w:rFonts w:ascii="Calibri" w:hAnsi="Calibri"/>
                <w:color w:val="1A1A2E"/>
                <w:sz w:val="20"/>
              </w:rPr>
              <w:br/>
            </w:r>
            <w:r>
              <w:rPr>
                <w:rFonts w:ascii="Calibri" w:hAnsi="Calibri"/>
                <w:color w:val="1A1A2E"/>
                <w:sz w:val="20"/>
              </w:rPr>
              <w:br/>
            </w:r>
            <w:r>
              <w:rPr>
                <w:rFonts w:ascii="Calibri" w:hAnsi="Calibri"/>
                <w:color w:val="1A1A2E"/>
                <w:sz w:val="20"/>
              </w:rPr>
              <w:br/>
            </w:r>
          </w:p>
        </w:tc>
      </w:tr>
    </w:tbl>
    <w:p w14:paraId="39C28CFD" w14:textId="0F48A409" w:rsidR="00B53BE2" w:rsidRDefault="00C802C2">
      <w:pPr>
        <w:spacing w:before="160" w:after="40"/>
      </w:pPr>
      <w:r>
        <w:rPr>
          <w:rFonts w:ascii="Segoe UI Symbol" w:hAnsi="Segoe UI Symbol" w:cs="Segoe UI Symbol"/>
          <w:b/>
          <w:color w:val="0000FF"/>
        </w:rPr>
        <w:t>☐</w:t>
      </w:r>
      <w:r>
        <w:rPr>
          <w:rFonts w:ascii="Calibri" w:hAnsi="Calibri"/>
          <w:b/>
          <w:color w:val="0000FF"/>
        </w:rPr>
        <w:t xml:space="preserve"> Criterion</w:t>
      </w:r>
      <w:r w:rsidR="00EB4092" w:rsidRPr="00EB4092">
        <w:rPr>
          <w:rFonts w:ascii="Calibri" w:hAnsi="Calibri"/>
          <w:b/>
          <w:color w:val="0000FF"/>
        </w:rPr>
        <w:t xml:space="preserve"> 4 — Innovation in Family Solutions</w:t>
      </w:r>
      <w:r w:rsidR="00EB4092" w:rsidRPr="00EB4092" w:rsidDel="00EB4092">
        <w:rPr>
          <w:rFonts w:ascii="Calibri" w:hAnsi="Calibri"/>
          <w:b/>
          <w:color w:val="0000FF"/>
        </w:rPr>
        <w:t xml:space="preserve"> </w:t>
      </w:r>
      <w:r w:rsidR="000C5041">
        <w:rPr>
          <w:rFonts w:ascii="Calibri" w:hAnsi="Calibri"/>
          <w:color w:val="00A3A3"/>
          <w:sz w:val="18"/>
        </w:rPr>
        <w:t>(Up to 15 pts)</w:t>
      </w:r>
    </w:p>
    <w:p w14:paraId="77A787D8" w14:textId="3D5F9373" w:rsidR="00B53BE2" w:rsidRDefault="00EB4092">
      <w:pPr>
        <w:spacing w:after="120"/>
      </w:pPr>
      <w:r w:rsidRPr="00EB4092">
        <w:rPr>
          <w:rFonts w:ascii="Calibri" w:hAnsi="Calibri"/>
          <w:i/>
          <w:color w:val="555555"/>
          <w:sz w:val="19"/>
        </w:rPr>
        <w:t>Describe what makes your initiative innovative and how it provides a unique or improved solution to family needs.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53BE2" w14:paraId="306C499D" w14:textId="77777777">
        <w:tc>
          <w:tcPr>
            <w:tcW w:w="4819" w:type="dxa"/>
            <w:shd w:val="clear" w:color="auto" w:fill="F5F8FF"/>
          </w:tcPr>
          <w:p w14:paraId="711363AD" w14:textId="77777777" w:rsidR="00B53BE2" w:rsidRDefault="000C5041">
            <w:r>
              <w:rPr>
                <w:rFonts w:ascii="Calibri" w:hAnsi="Calibri"/>
                <w:color w:val="1A1A2E"/>
                <w:sz w:val="20"/>
              </w:rPr>
              <w:t>Describe your policy / programme:</w:t>
            </w:r>
            <w:r>
              <w:rPr>
                <w:rFonts w:ascii="Calibri" w:hAnsi="Calibri"/>
                <w:color w:val="1A1A2E"/>
                <w:sz w:val="20"/>
              </w:rPr>
              <w:br/>
            </w:r>
            <w:r>
              <w:rPr>
                <w:rFonts w:ascii="Calibri" w:hAnsi="Calibri"/>
                <w:color w:val="1A1A2E"/>
                <w:sz w:val="20"/>
              </w:rPr>
              <w:br/>
            </w:r>
            <w:r>
              <w:rPr>
                <w:rFonts w:ascii="Calibri" w:hAnsi="Calibri"/>
                <w:color w:val="1A1A2E"/>
                <w:sz w:val="20"/>
              </w:rPr>
              <w:br/>
            </w:r>
          </w:p>
        </w:tc>
        <w:tc>
          <w:tcPr>
            <w:tcW w:w="4819" w:type="dxa"/>
            <w:shd w:val="clear" w:color="auto" w:fill="FAFBFF"/>
          </w:tcPr>
          <w:p w14:paraId="0FE3C795" w14:textId="16A87E0B" w:rsidR="00B53BE2" w:rsidRDefault="000C5041">
            <w:r>
              <w:rPr>
                <w:rFonts w:ascii="Calibri" w:hAnsi="Calibri"/>
                <w:color w:val="1A1A2E"/>
                <w:sz w:val="20"/>
              </w:rPr>
              <w:t>Evidence (</w:t>
            </w:r>
            <w:r w:rsidR="00E26525" w:rsidRPr="00E26525">
              <w:rPr>
                <w:rFonts w:ascii="Calibri" w:hAnsi="Calibri"/>
                <w:color w:val="1A1A2E"/>
                <w:sz w:val="20"/>
              </w:rPr>
              <w:t>new approaches, methodologies, technologies, or practices introduced through the initiative.</w:t>
            </w:r>
            <w:r>
              <w:rPr>
                <w:rFonts w:ascii="Calibri" w:hAnsi="Calibri"/>
                <w:color w:val="1A1A2E"/>
                <w:sz w:val="20"/>
              </w:rPr>
              <w:t>):</w:t>
            </w:r>
            <w:r>
              <w:rPr>
                <w:rFonts w:ascii="Calibri" w:hAnsi="Calibri"/>
                <w:color w:val="1A1A2E"/>
                <w:sz w:val="20"/>
              </w:rPr>
              <w:br/>
            </w:r>
            <w:r>
              <w:rPr>
                <w:rFonts w:ascii="Calibri" w:hAnsi="Calibri"/>
                <w:color w:val="1A1A2E"/>
                <w:sz w:val="20"/>
              </w:rPr>
              <w:br/>
            </w:r>
            <w:r>
              <w:rPr>
                <w:rFonts w:ascii="Calibri" w:hAnsi="Calibri"/>
                <w:color w:val="1A1A2E"/>
                <w:sz w:val="20"/>
              </w:rPr>
              <w:lastRenderedPageBreak/>
              <w:br/>
            </w:r>
          </w:p>
        </w:tc>
      </w:tr>
    </w:tbl>
    <w:p w14:paraId="428C89F2" w14:textId="77777777" w:rsidR="005156E1" w:rsidRDefault="005156E1">
      <w:pPr>
        <w:spacing w:before="80" w:after="80"/>
        <w:rPr>
          <w:color w:val="0000FF"/>
          <w:sz w:val="14"/>
        </w:rPr>
      </w:pPr>
    </w:p>
    <w:p w14:paraId="76B89993" w14:textId="26DB97B1" w:rsidR="005156E1" w:rsidRPr="00C802C2" w:rsidRDefault="00C802C2" w:rsidP="005156E1">
      <w:pPr>
        <w:spacing w:before="160" w:after="40"/>
        <w:rPr>
          <w:rFonts w:ascii="Calibri" w:hAnsi="Calibri"/>
          <w:b/>
          <w:color w:val="0000FF"/>
        </w:rPr>
      </w:pPr>
      <w:r>
        <w:rPr>
          <w:rFonts w:ascii="Segoe UI Symbol" w:hAnsi="Segoe UI Symbol" w:cs="Segoe UI Symbol"/>
          <w:b/>
          <w:color w:val="0000FF"/>
        </w:rPr>
        <w:t>☐</w:t>
      </w:r>
      <w:r>
        <w:rPr>
          <w:rFonts w:ascii="Calibri" w:hAnsi="Calibri"/>
          <w:b/>
          <w:color w:val="0000FF"/>
        </w:rPr>
        <w:t xml:space="preserve"> Criterion</w:t>
      </w:r>
      <w:r w:rsidR="000033FC" w:rsidRPr="000033FC">
        <w:rPr>
          <w:rFonts w:ascii="Calibri" w:hAnsi="Calibri"/>
          <w:b/>
          <w:color w:val="0000FF"/>
        </w:rPr>
        <w:t xml:space="preserve"> 5 — Scalability and Replicability </w:t>
      </w:r>
      <w:r w:rsidRPr="00C802C2">
        <w:rPr>
          <w:rFonts w:ascii="Calibri" w:hAnsi="Calibri"/>
          <w:color w:val="00A3A3"/>
          <w:sz w:val="18"/>
        </w:rPr>
        <w:t>(</w:t>
      </w:r>
      <w:r w:rsidR="005156E1" w:rsidRPr="00F861ED">
        <w:rPr>
          <w:rFonts w:ascii="Calibri" w:hAnsi="Calibri"/>
          <w:color w:val="00A3A3"/>
          <w:sz w:val="18"/>
        </w:rPr>
        <w:t xml:space="preserve">Up to </w:t>
      </w:r>
      <w:r w:rsidR="000033FC" w:rsidRPr="00F861ED">
        <w:rPr>
          <w:rFonts w:ascii="Calibri" w:hAnsi="Calibri"/>
          <w:color w:val="00A3A3"/>
          <w:sz w:val="18"/>
        </w:rPr>
        <w:t>10</w:t>
      </w:r>
      <w:r w:rsidR="005156E1" w:rsidRPr="00F861ED">
        <w:rPr>
          <w:rFonts w:ascii="Calibri" w:hAnsi="Calibri"/>
          <w:color w:val="00A3A3"/>
          <w:sz w:val="18"/>
        </w:rPr>
        <w:t xml:space="preserve"> pts)</w:t>
      </w:r>
    </w:p>
    <w:p w14:paraId="22E8A034" w14:textId="0A6C835A" w:rsidR="005156E1" w:rsidRDefault="003034D2" w:rsidP="005156E1">
      <w:pPr>
        <w:spacing w:after="120"/>
      </w:pPr>
      <w:r w:rsidRPr="003034D2">
        <w:rPr>
          <w:rFonts w:ascii="Calibri" w:hAnsi="Calibri"/>
          <w:i/>
          <w:color w:val="555555"/>
          <w:sz w:val="19"/>
        </w:rPr>
        <w:t>Explain how the initiative can be expanded or replicated by other organizations or in different communities.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156E1" w14:paraId="2367D641" w14:textId="77777777" w:rsidTr="00B92CA6">
        <w:tc>
          <w:tcPr>
            <w:tcW w:w="4819" w:type="dxa"/>
            <w:shd w:val="clear" w:color="auto" w:fill="F5F8FF"/>
          </w:tcPr>
          <w:p w14:paraId="5156B1D9" w14:textId="77777777" w:rsidR="005156E1" w:rsidRDefault="005156E1" w:rsidP="00B92CA6">
            <w:r>
              <w:rPr>
                <w:rFonts w:ascii="Calibri" w:hAnsi="Calibri"/>
                <w:color w:val="1A1A2E"/>
                <w:sz w:val="20"/>
              </w:rPr>
              <w:t xml:space="preserve">Describe your policy / </w:t>
            </w:r>
            <w:proofErr w:type="spellStart"/>
            <w:r>
              <w:rPr>
                <w:rFonts w:ascii="Calibri" w:hAnsi="Calibri"/>
                <w:color w:val="1A1A2E"/>
                <w:sz w:val="20"/>
              </w:rPr>
              <w:t>programme</w:t>
            </w:r>
            <w:proofErr w:type="spellEnd"/>
            <w:r>
              <w:rPr>
                <w:rFonts w:ascii="Calibri" w:hAnsi="Calibri"/>
                <w:color w:val="1A1A2E"/>
                <w:sz w:val="20"/>
              </w:rPr>
              <w:t>:</w:t>
            </w:r>
            <w:r>
              <w:rPr>
                <w:rFonts w:ascii="Calibri" w:hAnsi="Calibri"/>
                <w:color w:val="1A1A2E"/>
                <w:sz w:val="20"/>
              </w:rPr>
              <w:br/>
            </w:r>
            <w:r>
              <w:rPr>
                <w:rFonts w:ascii="Calibri" w:hAnsi="Calibri"/>
                <w:color w:val="1A1A2E"/>
                <w:sz w:val="20"/>
              </w:rPr>
              <w:br/>
            </w:r>
            <w:r>
              <w:rPr>
                <w:rFonts w:ascii="Calibri" w:hAnsi="Calibri"/>
                <w:color w:val="1A1A2E"/>
                <w:sz w:val="20"/>
              </w:rPr>
              <w:br/>
            </w:r>
          </w:p>
        </w:tc>
        <w:tc>
          <w:tcPr>
            <w:tcW w:w="4819" w:type="dxa"/>
            <w:shd w:val="clear" w:color="auto" w:fill="FAFBFF"/>
          </w:tcPr>
          <w:p w14:paraId="05F1AC33" w14:textId="62C949C7" w:rsidR="005156E1" w:rsidRDefault="005156E1" w:rsidP="003034D2">
            <w:r>
              <w:rPr>
                <w:rFonts w:ascii="Calibri" w:hAnsi="Calibri"/>
                <w:color w:val="1A1A2E"/>
                <w:sz w:val="20"/>
              </w:rPr>
              <w:t>Evidence (</w:t>
            </w:r>
            <w:r w:rsidR="003034D2" w:rsidRPr="003034D2">
              <w:rPr>
                <w:rFonts w:ascii="Calibri" w:hAnsi="Calibri"/>
                <w:color w:val="1A1A2E"/>
                <w:sz w:val="20"/>
              </w:rPr>
              <w:t>Replication examples, expansion plans, implementation frameworks, or adoption by other entities</w:t>
            </w:r>
            <w:r w:rsidR="003034D2">
              <w:rPr>
                <w:rFonts w:ascii="Calibri" w:hAnsi="Calibri"/>
                <w:color w:val="1A1A2E"/>
                <w:sz w:val="20"/>
              </w:rPr>
              <w:t xml:space="preserve">): </w:t>
            </w:r>
            <w:r>
              <w:rPr>
                <w:rFonts w:ascii="Calibri" w:hAnsi="Calibri"/>
                <w:color w:val="1A1A2E"/>
                <w:sz w:val="20"/>
              </w:rPr>
              <w:br/>
            </w:r>
            <w:r>
              <w:rPr>
                <w:rFonts w:ascii="Calibri" w:hAnsi="Calibri"/>
                <w:color w:val="1A1A2E"/>
                <w:sz w:val="20"/>
              </w:rPr>
              <w:br/>
            </w:r>
            <w:r>
              <w:rPr>
                <w:rFonts w:ascii="Calibri" w:hAnsi="Calibri"/>
                <w:color w:val="1A1A2E"/>
                <w:sz w:val="20"/>
              </w:rPr>
              <w:br/>
            </w:r>
          </w:p>
        </w:tc>
      </w:tr>
    </w:tbl>
    <w:p w14:paraId="6AEA4EFB" w14:textId="77777777" w:rsidR="005156E1" w:rsidRDefault="005156E1">
      <w:pPr>
        <w:spacing w:before="80" w:after="80"/>
        <w:rPr>
          <w:color w:val="0000FF"/>
          <w:sz w:val="14"/>
        </w:rPr>
      </w:pPr>
    </w:p>
    <w:p w14:paraId="3CF0D656" w14:textId="77777777" w:rsidR="005156E1" w:rsidRDefault="005156E1">
      <w:pPr>
        <w:spacing w:before="80" w:after="80"/>
        <w:rPr>
          <w:color w:val="0000FF"/>
          <w:sz w:val="14"/>
        </w:rPr>
      </w:pPr>
    </w:p>
    <w:p w14:paraId="4784977D" w14:textId="6697E1A0" w:rsidR="00021059" w:rsidRDefault="00021059" w:rsidP="00F861ED">
      <w:pPr>
        <w:spacing w:before="160" w:after="40"/>
      </w:pPr>
      <w:r>
        <w:rPr>
          <w:rFonts w:ascii="Segoe UI Symbol" w:hAnsi="Segoe UI Symbol" w:cs="Segoe UI Symbol"/>
          <w:b/>
          <w:color w:val="0000FF"/>
        </w:rPr>
        <w:t>☐</w:t>
      </w:r>
      <w:r>
        <w:rPr>
          <w:rFonts w:ascii="Calibri" w:hAnsi="Calibri"/>
          <w:b/>
          <w:color w:val="0000FF"/>
        </w:rPr>
        <w:t xml:space="preserve"> </w:t>
      </w:r>
      <w:r w:rsidR="00F861ED" w:rsidRPr="00F861ED">
        <w:rPr>
          <w:rFonts w:ascii="Calibri" w:hAnsi="Calibri"/>
          <w:b/>
          <w:color w:val="0000FF"/>
        </w:rPr>
        <w:t xml:space="preserve">Criterion 6 — Partnerships and </w:t>
      </w:r>
      <w:r w:rsidR="00C802C2" w:rsidRPr="00F861ED">
        <w:rPr>
          <w:rFonts w:ascii="Calibri" w:hAnsi="Calibri"/>
          <w:b/>
          <w:color w:val="0000FF"/>
        </w:rPr>
        <w:t xml:space="preserve">Collaboration </w:t>
      </w:r>
      <w:r w:rsidR="00C802C2">
        <w:rPr>
          <w:rFonts w:ascii="Calibri" w:hAnsi="Calibri"/>
          <w:b/>
          <w:color w:val="0000FF"/>
        </w:rPr>
        <w:t>(</w:t>
      </w:r>
      <w:r>
        <w:rPr>
          <w:rFonts w:ascii="Calibri" w:hAnsi="Calibri"/>
          <w:color w:val="00A3A3"/>
          <w:sz w:val="18"/>
        </w:rPr>
        <w:t>Up to 1</w:t>
      </w:r>
      <w:r w:rsidR="00F861ED">
        <w:rPr>
          <w:rFonts w:ascii="Calibri" w:hAnsi="Calibri"/>
          <w:color w:val="00A3A3"/>
          <w:sz w:val="18"/>
        </w:rPr>
        <w:t>0</w:t>
      </w:r>
      <w:r>
        <w:rPr>
          <w:rFonts w:ascii="Calibri" w:hAnsi="Calibri"/>
          <w:color w:val="00A3A3"/>
          <w:sz w:val="18"/>
        </w:rPr>
        <w:t xml:space="preserve"> pts)</w:t>
      </w:r>
    </w:p>
    <w:p w14:paraId="44B471F9" w14:textId="475F4DF2" w:rsidR="00021059" w:rsidRDefault="00F861ED" w:rsidP="00021059">
      <w:pPr>
        <w:spacing w:after="120"/>
      </w:pPr>
      <w:r w:rsidRPr="00F861ED">
        <w:rPr>
          <w:rFonts w:ascii="Calibri" w:hAnsi="Calibri"/>
          <w:i/>
          <w:color w:val="555555"/>
          <w:sz w:val="19"/>
        </w:rPr>
        <w:t xml:space="preserve">Describe the partnerships that contributed to the initiative and explain how they strengthened </w:t>
      </w:r>
      <w:proofErr w:type="gramStart"/>
      <w:r w:rsidRPr="00F861ED">
        <w:rPr>
          <w:rFonts w:ascii="Calibri" w:hAnsi="Calibri"/>
          <w:i/>
          <w:color w:val="555555"/>
          <w:sz w:val="19"/>
        </w:rPr>
        <w:t>its</w:t>
      </w:r>
      <w:proofErr w:type="gramEnd"/>
      <w:r w:rsidRPr="00F861ED">
        <w:rPr>
          <w:rFonts w:ascii="Calibri" w:hAnsi="Calibri"/>
          <w:i/>
          <w:color w:val="555555"/>
          <w:sz w:val="19"/>
        </w:rPr>
        <w:t xml:space="preserve"> impact.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21059" w14:paraId="7600A183" w14:textId="77777777" w:rsidTr="00B92CA6">
        <w:tc>
          <w:tcPr>
            <w:tcW w:w="4819" w:type="dxa"/>
            <w:shd w:val="clear" w:color="auto" w:fill="F5F8FF"/>
          </w:tcPr>
          <w:p w14:paraId="598535F2" w14:textId="77777777" w:rsidR="00021059" w:rsidRDefault="00021059" w:rsidP="00B92CA6">
            <w:r>
              <w:rPr>
                <w:rFonts w:ascii="Calibri" w:hAnsi="Calibri"/>
                <w:color w:val="1A1A2E"/>
                <w:sz w:val="20"/>
              </w:rPr>
              <w:t xml:space="preserve">Describe your policy / </w:t>
            </w:r>
            <w:proofErr w:type="spellStart"/>
            <w:r>
              <w:rPr>
                <w:rFonts w:ascii="Calibri" w:hAnsi="Calibri"/>
                <w:color w:val="1A1A2E"/>
                <w:sz w:val="20"/>
              </w:rPr>
              <w:t>programme</w:t>
            </w:r>
            <w:proofErr w:type="spellEnd"/>
            <w:r>
              <w:rPr>
                <w:rFonts w:ascii="Calibri" w:hAnsi="Calibri"/>
                <w:color w:val="1A1A2E"/>
                <w:sz w:val="20"/>
              </w:rPr>
              <w:t>:</w:t>
            </w:r>
            <w:r>
              <w:rPr>
                <w:rFonts w:ascii="Calibri" w:hAnsi="Calibri"/>
                <w:color w:val="1A1A2E"/>
                <w:sz w:val="20"/>
              </w:rPr>
              <w:br/>
            </w:r>
            <w:r>
              <w:rPr>
                <w:rFonts w:ascii="Calibri" w:hAnsi="Calibri"/>
                <w:color w:val="1A1A2E"/>
                <w:sz w:val="20"/>
              </w:rPr>
              <w:br/>
            </w:r>
            <w:r>
              <w:rPr>
                <w:rFonts w:ascii="Calibri" w:hAnsi="Calibri"/>
                <w:color w:val="1A1A2E"/>
                <w:sz w:val="20"/>
              </w:rPr>
              <w:br/>
            </w:r>
          </w:p>
        </w:tc>
        <w:tc>
          <w:tcPr>
            <w:tcW w:w="4819" w:type="dxa"/>
            <w:shd w:val="clear" w:color="auto" w:fill="FAFBFF"/>
          </w:tcPr>
          <w:p w14:paraId="6673729B" w14:textId="1803C410" w:rsidR="00021059" w:rsidRDefault="00021059" w:rsidP="00B92CA6">
            <w:r>
              <w:rPr>
                <w:rFonts w:ascii="Calibri" w:hAnsi="Calibri"/>
                <w:color w:val="1A1A2E"/>
                <w:sz w:val="20"/>
              </w:rPr>
              <w:t>Evidence (</w:t>
            </w:r>
            <w:r w:rsidR="00F47F65" w:rsidRPr="00F47F65">
              <w:rPr>
                <w:rFonts w:ascii="Calibri" w:hAnsi="Calibri"/>
                <w:color w:val="1A1A2E"/>
                <w:sz w:val="20"/>
              </w:rPr>
              <w:t>Partnership agreements, stakeholder roles, joint initiatives, shared outcomes, or collaborative achievements</w:t>
            </w:r>
            <w:r w:rsidR="009217E7">
              <w:rPr>
                <w:rFonts w:ascii="Calibri" w:hAnsi="Calibri"/>
                <w:color w:val="1A1A2E"/>
                <w:sz w:val="20"/>
              </w:rPr>
              <w:t>):</w:t>
            </w:r>
            <w:r>
              <w:rPr>
                <w:rFonts w:ascii="Calibri" w:hAnsi="Calibri"/>
                <w:color w:val="1A1A2E"/>
                <w:sz w:val="20"/>
              </w:rPr>
              <w:br/>
            </w:r>
            <w:r>
              <w:rPr>
                <w:rFonts w:ascii="Calibri" w:hAnsi="Calibri"/>
                <w:color w:val="1A1A2E"/>
                <w:sz w:val="20"/>
              </w:rPr>
              <w:br/>
            </w:r>
            <w:r>
              <w:rPr>
                <w:rFonts w:ascii="Calibri" w:hAnsi="Calibri"/>
                <w:color w:val="1A1A2E"/>
                <w:sz w:val="20"/>
              </w:rPr>
              <w:br/>
            </w:r>
          </w:p>
        </w:tc>
      </w:tr>
    </w:tbl>
    <w:p w14:paraId="03DFC807" w14:textId="77777777" w:rsidR="00F47F65" w:rsidRDefault="00F47F65">
      <w:pPr>
        <w:spacing w:before="80" w:after="80"/>
        <w:rPr>
          <w:color w:val="0000FF"/>
          <w:sz w:val="14"/>
        </w:rPr>
      </w:pPr>
    </w:p>
    <w:p w14:paraId="0274015A" w14:textId="059AFE7E" w:rsidR="00F47F65" w:rsidRDefault="00F47F65" w:rsidP="00F47F65">
      <w:pPr>
        <w:spacing w:before="160" w:after="40"/>
      </w:pPr>
      <w:r>
        <w:rPr>
          <w:rFonts w:ascii="Segoe UI Symbol" w:hAnsi="Segoe UI Symbol" w:cs="Segoe UI Symbol"/>
          <w:b/>
          <w:color w:val="0000FF"/>
        </w:rPr>
        <w:t>☐</w:t>
      </w:r>
      <w:r>
        <w:rPr>
          <w:rFonts w:ascii="Calibri" w:hAnsi="Calibri"/>
          <w:b/>
          <w:color w:val="0000FF"/>
        </w:rPr>
        <w:t xml:space="preserve"> </w:t>
      </w:r>
      <w:r w:rsidRPr="00F47F65">
        <w:rPr>
          <w:rFonts w:ascii="Calibri" w:hAnsi="Calibri"/>
          <w:b/>
          <w:color w:val="0000FF"/>
        </w:rPr>
        <w:t xml:space="preserve">Criterion 7 — Organizational </w:t>
      </w:r>
      <w:r w:rsidR="00AD2215" w:rsidRPr="00F47F65">
        <w:rPr>
          <w:rFonts w:ascii="Calibri" w:hAnsi="Calibri"/>
          <w:b/>
          <w:color w:val="0000FF"/>
        </w:rPr>
        <w:t xml:space="preserve">Commitment </w:t>
      </w:r>
      <w:r w:rsidR="00AD2215">
        <w:rPr>
          <w:rFonts w:ascii="Calibri" w:hAnsi="Calibri"/>
          <w:b/>
          <w:color w:val="0000FF"/>
        </w:rPr>
        <w:t>(</w:t>
      </w:r>
      <w:r>
        <w:rPr>
          <w:rFonts w:ascii="Calibri" w:hAnsi="Calibri"/>
          <w:color w:val="00A3A3"/>
          <w:sz w:val="18"/>
        </w:rPr>
        <w:t>Up to 5 pts)</w:t>
      </w:r>
    </w:p>
    <w:p w14:paraId="37648335" w14:textId="44ECA359" w:rsidR="00F47F65" w:rsidRDefault="009217E7" w:rsidP="00F47F65">
      <w:pPr>
        <w:spacing w:after="120"/>
      </w:pPr>
      <w:r w:rsidRPr="009217E7">
        <w:rPr>
          <w:rFonts w:ascii="Calibri" w:hAnsi="Calibri"/>
          <w:i/>
          <w:color w:val="555555"/>
          <w:sz w:val="19"/>
        </w:rPr>
        <w:t>Describe how your organization demonstrates its commitment to family wellbeing through its internal strategy, leadership, or policies.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47F65" w14:paraId="317F2ACA" w14:textId="77777777" w:rsidTr="00B92CA6">
        <w:tc>
          <w:tcPr>
            <w:tcW w:w="4819" w:type="dxa"/>
            <w:shd w:val="clear" w:color="auto" w:fill="F5F8FF"/>
          </w:tcPr>
          <w:p w14:paraId="260A53DC" w14:textId="77777777" w:rsidR="00F47F65" w:rsidRDefault="00F47F65" w:rsidP="00B92CA6">
            <w:r>
              <w:rPr>
                <w:rFonts w:ascii="Calibri" w:hAnsi="Calibri"/>
                <w:color w:val="1A1A2E"/>
                <w:sz w:val="20"/>
              </w:rPr>
              <w:t xml:space="preserve">Describe your policy / </w:t>
            </w:r>
            <w:proofErr w:type="spellStart"/>
            <w:r>
              <w:rPr>
                <w:rFonts w:ascii="Calibri" w:hAnsi="Calibri"/>
                <w:color w:val="1A1A2E"/>
                <w:sz w:val="20"/>
              </w:rPr>
              <w:t>programme</w:t>
            </w:r>
            <w:proofErr w:type="spellEnd"/>
            <w:r>
              <w:rPr>
                <w:rFonts w:ascii="Calibri" w:hAnsi="Calibri"/>
                <w:color w:val="1A1A2E"/>
                <w:sz w:val="20"/>
              </w:rPr>
              <w:t>:</w:t>
            </w:r>
            <w:r>
              <w:rPr>
                <w:rFonts w:ascii="Calibri" w:hAnsi="Calibri"/>
                <w:color w:val="1A1A2E"/>
                <w:sz w:val="20"/>
              </w:rPr>
              <w:br/>
            </w:r>
            <w:r>
              <w:rPr>
                <w:rFonts w:ascii="Calibri" w:hAnsi="Calibri"/>
                <w:color w:val="1A1A2E"/>
                <w:sz w:val="20"/>
              </w:rPr>
              <w:br/>
            </w:r>
            <w:r>
              <w:rPr>
                <w:rFonts w:ascii="Calibri" w:hAnsi="Calibri"/>
                <w:color w:val="1A1A2E"/>
                <w:sz w:val="20"/>
              </w:rPr>
              <w:br/>
            </w:r>
          </w:p>
        </w:tc>
        <w:tc>
          <w:tcPr>
            <w:tcW w:w="4819" w:type="dxa"/>
            <w:shd w:val="clear" w:color="auto" w:fill="FAFBFF"/>
          </w:tcPr>
          <w:p w14:paraId="753FF3F6" w14:textId="65622F76" w:rsidR="00F47F65" w:rsidRDefault="00F47F65" w:rsidP="009217E7">
            <w:r>
              <w:rPr>
                <w:rFonts w:ascii="Calibri" w:hAnsi="Calibri"/>
                <w:color w:val="1A1A2E"/>
                <w:sz w:val="20"/>
              </w:rPr>
              <w:t>Evidence (</w:t>
            </w:r>
            <w:r w:rsidR="009217E7" w:rsidRPr="009217E7">
              <w:rPr>
                <w:rFonts w:ascii="Calibri" w:hAnsi="Calibri"/>
                <w:color w:val="1A1A2E"/>
                <w:sz w:val="20"/>
              </w:rPr>
              <w:t>Relevant policies, governance structures, leadership commitment, internal programs, or strategic documents</w:t>
            </w:r>
            <w:r w:rsidR="009217E7">
              <w:rPr>
                <w:rFonts w:ascii="Calibri" w:hAnsi="Calibri"/>
                <w:color w:val="1A1A2E"/>
                <w:sz w:val="20"/>
              </w:rPr>
              <w:t>):</w:t>
            </w:r>
            <w:r>
              <w:rPr>
                <w:rFonts w:ascii="Calibri" w:hAnsi="Calibri"/>
                <w:color w:val="1A1A2E"/>
                <w:sz w:val="20"/>
              </w:rPr>
              <w:br/>
            </w:r>
            <w:r>
              <w:rPr>
                <w:rFonts w:ascii="Calibri" w:hAnsi="Calibri"/>
                <w:color w:val="1A1A2E"/>
                <w:sz w:val="20"/>
              </w:rPr>
              <w:br/>
            </w:r>
            <w:r>
              <w:rPr>
                <w:rFonts w:ascii="Calibri" w:hAnsi="Calibri"/>
                <w:color w:val="1A1A2E"/>
                <w:sz w:val="20"/>
              </w:rPr>
              <w:br/>
            </w:r>
          </w:p>
        </w:tc>
      </w:tr>
    </w:tbl>
    <w:p w14:paraId="2D734F93" w14:textId="77777777" w:rsidR="00F47F65" w:rsidRDefault="00F47F65">
      <w:pPr>
        <w:spacing w:before="80" w:after="80"/>
        <w:rPr>
          <w:color w:val="0000FF"/>
          <w:sz w:val="14"/>
        </w:rPr>
      </w:pPr>
    </w:p>
    <w:p w14:paraId="4550E580" w14:textId="7A020DA5" w:rsidR="00B53BE2" w:rsidRDefault="000C5041">
      <w:pPr>
        <w:spacing w:before="80" w:after="80"/>
      </w:pPr>
      <w:r>
        <w:rPr>
          <w:color w:val="0000FF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4B8134B1" w14:textId="77777777" w:rsidR="00B53BE2" w:rsidRDefault="000C5041">
      <w:pPr>
        <w:spacing w:before="240" w:after="80"/>
      </w:pPr>
      <w:r>
        <w:rPr>
          <w:rFonts w:ascii="Calibri" w:hAnsi="Calibri"/>
          <w:b/>
          <w:color w:val="FFFFFF"/>
          <w:sz w:val="20"/>
        </w:rPr>
        <w:t xml:space="preserve">  04  </w:t>
      </w:r>
      <w:r>
        <w:rPr>
          <w:rFonts w:ascii="Calibri" w:hAnsi="Calibri"/>
          <w:b/>
          <w:color w:val="0000FF"/>
          <w:sz w:val="26"/>
        </w:rPr>
        <w:t xml:space="preserve">   Evaluation Scoring Overview (100 Points Total)</w:t>
      </w:r>
    </w:p>
    <w:p w14:paraId="36CF584C" w14:textId="77777777" w:rsidR="00B53BE2" w:rsidRDefault="000C5041">
      <w:pPr>
        <w:spacing w:after="120"/>
      </w:pPr>
      <w:r>
        <w:rPr>
          <w:rFonts w:ascii="Calibri" w:hAnsi="Calibri"/>
          <w:i/>
          <w:color w:val="555555"/>
          <w:sz w:val="19"/>
        </w:rPr>
        <w:t>The jury evaluates each submission against the following weighted criteria. Evidence quality directly determines your score — vague statements receive zero points.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8"/>
        <w:gridCol w:w="2406"/>
      </w:tblGrid>
      <w:tr w:rsidR="00B53BE2" w14:paraId="5934C82A" w14:textId="77777777">
        <w:tc>
          <w:tcPr>
            <w:tcW w:w="2409" w:type="dxa"/>
            <w:shd w:val="clear" w:color="auto" w:fill="F0F4FF"/>
          </w:tcPr>
          <w:p w14:paraId="4B7B27F6" w14:textId="58F8289D" w:rsidR="00B53BE2" w:rsidRDefault="00635165" w:rsidP="00635165">
            <w:r w:rsidRPr="00635165">
              <w:rPr>
                <w:rFonts w:ascii="Calibri" w:hAnsi="Calibri"/>
                <w:color w:val="1A1A2E"/>
                <w:sz w:val="20"/>
              </w:rPr>
              <w:t>Scale of Impact on Families and the Community</w:t>
            </w:r>
          </w:p>
        </w:tc>
        <w:tc>
          <w:tcPr>
            <w:tcW w:w="2409" w:type="dxa"/>
            <w:shd w:val="clear" w:color="auto" w:fill="FFFFFF"/>
          </w:tcPr>
          <w:p w14:paraId="4EB8E5BA" w14:textId="433AE6DA" w:rsidR="00B53BE2" w:rsidRDefault="000D18FC">
            <w:pPr>
              <w:jc w:val="center"/>
            </w:pPr>
            <w:r>
              <w:rPr>
                <w:rFonts w:ascii="Calibri" w:hAnsi="Calibri"/>
                <w:b/>
                <w:color w:val="D4AF37"/>
                <w:sz w:val="24"/>
              </w:rPr>
              <w:t xml:space="preserve">25 </w:t>
            </w:r>
            <w:r w:rsidR="000C5041">
              <w:rPr>
                <w:rFonts w:ascii="Calibri" w:hAnsi="Calibri"/>
                <w:b/>
                <w:color w:val="D4AF37"/>
                <w:sz w:val="24"/>
              </w:rPr>
              <w:t>pts</w:t>
            </w:r>
          </w:p>
        </w:tc>
        <w:tc>
          <w:tcPr>
            <w:tcW w:w="2409" w:type="dxa"/>
            <w:shd w:val="clear" w:color="auto" w:fill="F0F4FF"/>
          </w:tcPr>
          <w:p w14:paraId="2651F6D9" w14:textId="45B70E8A" w:rsidR="00B53BE2" w:rsidRDefault="00635165" w:rsidP="00635165">
            <w:r w:rsidRPr="00635165">
              <w:rPr>
                <w:rFonts w:ascii="Calibri" w:hAnsi="Calibri"/>
                <w:color w:val="1A1A2E"/>
                <w:sz w:val="20"/>
              </w:rPr>
              <w:t>Scalability and Replicability</w:t>
            </w:r>
          </w:p>
        </w:tc>
        <w:tc>
          <w:tcPr>
            <w:tcW w:w="2409" w:type="dxa"/>
            <w:shd w:val="clear" w:color="auto" w:fill="FFFFFF"/>
          </w:tcPr>
          <w:p w14:paraId="3177BA59" w14:textId="1AB599B4" w:rsidR="00B53BE2" w:rsidRDefault="00865C21">
            <w:pPr>
              <w:jc w:val="center"/>
            </w:pPr>
            <w:r>
              <w:rPr>
                <w:rFonts w:ascii="Calibri" w:hAnsi="Calibri"/>
                <w:b/>
                <w:color w:val="D4AF37"/>
                <w:sz w:val="24"/>
              </w:rPr>
              <w:t>10</w:t>
            </w:r>
            <w:r w:rsidR="000C5041">
              <w:rPr>
                <w:rFonts w:ascii="Calibri" w:hAnsi="Calibri"/>
                <w:b/>
                <w:color w:val="D4AF37"/>
                <w:sz w:val="24"/>
              </w:rPr>
              <w:t xml:space="preserve"> pts</w:t>
            </w:r>
          </w:p>
        </w:tc>
      </w:tr>
      <w:tr w:rsidR="00B53BE2" w14:paraId="77A8F053" w14:textId="77777777">
        <w:tc>
          <w:tcPr>
            <w:tcW w:w="2409" w:type="dxa"/>
            <w:shd w:val="clear" w:color="auto" w:fill="F0F4FF"/>
          </w:tcPr>
          <w:p w14:paraId="58EFD94F" w14:textId="43D65280" w:rsidR="00B53BE2" w:rsidRDefault="00635165" w:rsidP="00635165">
            <w:r w:rsidRPr="00635165">
              <w:rPr>
                <w:rFonts w:ascii="Calibri" w:hAnsi="Calibri"/>
                <w:color w:val="1A1A2E"/>
                <w:sz w:val="20"/>
              </w:rPr>
              <w:t>Measurable Impact</w:t>
            </w:r>
          </w:p>
        </w:tc>
        <w:tc>
          <w:tcPr>
            <w:tcW w:w="2409" w:type="dxa"/>
            <w:shd w:val="clear" w:color="auto" w:fill="FFFFFF"/>
          </w:tcPr>
          <w:p w14:paraId="047094AD" w14:textId="1027D69D" w:rsidR="00B53BE2" w:rsidRDefault="000D18FC">
            <w:pPr>
              <w:jc w:val="center"/>
            </w:pPr>
            <w:r>
              <w:rPr>
                <w:rFonts w:ascii="Calibri" w:hAnsi="Calibri"/>
                <w:b/>
                <w:color w:val="D4AF37"/>
                <w:sz w:val="24"/>
              </w:rPr>
              <w:t>20</w:t>
            </w:r>
            <w:r w:rsidR="000C5041">
              <w:rPr>
                <w:rFonts w:ascii="Calibri" w:hAnsi="Calibri"/>
                <w:b/>
                <w:color w:val="D4AF37"/>
                <w:sz w:val="24"/>
              </w:rPr>
              <w:t xml:space="preserve"> pts</w:t>
            </w:r>
          </w:p>
        </w:tc>
        <w:tc>
          <w:tcPr>
            <w:tcW w:w="2409" w:type="dxa"/>
            <w:shd w:val="clear" w:color="auto" w:fill="F0F4FF"/>
          </w:tcPr>
          <w:p w14:paraId="6E0476AE" w14:textId="6360FDE7" w:rsidR="00B53BE2" w:rsidRDefault="00635165" w:rsidP="00635165">
            <w:r w:rsidRPr="00635165">
              <w:rPr>
                <w:rFonts w:ascii="Calibri" w:hAnsi="Calibri"/>
                <w:color w:val="1A1A2E"/>
                <w:sz w:val="20"/>
              </w:rPr>
              <w:t>Partnerships and Collaboration</w:t>
            </w:r>
          </w:p>
        </w:tc>
        <w:tc>
          <w:tcPr>
            <w:tcW w:w="2409" w:type="dxa"/>
            <w:shd w:val="clear" w:color="auto" w:fill="FFFFFF"/>
          </w:tcPr>
          <w:p w14:paraId="3C49D624" w14:textId="1AF981F4" w:rsidR="00B53BE2" w:rsidRDefault="00865C21">
            <w:pPr>
              <w:jc w:val="center"/>
            </w:pPr>
            <w:r>
              <w:rPr>
                <w:rFonts w:ascii="Calibri" w:hAnsi="Calibri"/>
                <w:b/>
                <w:color w:val="D4AF37"/>
                <w:sz w:val="24"/>
              </w:rPr>
              <w:t>10</w:t>
            </w:r>
            <w:r w:rsidR="000C5041">
              <w:rPr>
                <w:rFonts w:ascii="Calibri" w:hAnsi="Calibri"/>
                <w:b/>
                <w:color w:val="D4AF37"/>
                <w:sz w:val="24"/>
              </w:rPr>
              <w:t xml:space="preserve"> pts</w:t>
            </w:r>
          </w:p>
        </w:tc>
      </w:tr>
      <w:tr w:rsidR="00B53BE2" w14:paraId="54C7266E" w14:textId="77777777">
        <w:tc>
          <w:tcPr>
            <w:tcW w:w="2409" w:type="dxa"/>
            <w:shd w:val="clear" w:color="auto" w:fill="F0F4FF"/>
          </w:tcPr>
          <w:p w14:paraId="2718AAC6" w14:textId="70FB2ADB" w:rsidR="00B53BE2" w:rsidRDefault="00635165" w:rsidP="00635165">
            <w:r w:rsidRPr="00635165">
              <w:rPr>
                <w:rFonts w:ascii="Calibri" w:hAnsi="Calibri"/>
                <w:color w:val="1A1A2E"/>
                <w:sz w:val="20"/>
              </w:rPr>
              <w:t>Sustainability and Lasting Impact</w:t>
            </w:r>
          </w:p>
        </w:tc>
        <w:tc>
          <w:tcPr>
            <w:tcW w:w="2409" w:type="dxa"/>
            <w:shd w:val="clear" w:color="auto" w:fill="FFFFFF"/>
          </w:tcPr>
          <w:p w14:paraId="785C22E7" w14:textId="6EA7FCC1" w:rsidR="00B53BE2" w:rsidRDefault="000D18FC">
            <w:pPr>
              <w:jc w:val="center"/>
            </w:pPr>
            <w:r>
              <w:rPr>
                <w:rFonts w:ascii="Calibri" w:hAnsi="Calibri"/>
                <w:b/>
                <w:color w:val="D4AF37"/>
                <w:sz w:val="24"/>
              </w:rPr>
              <w:t>15</w:t>
            </w:r>
            <w:r w:rsidR="000C5041">
              <w:rPr>
                <w:rFonts w:ascii="Calibri" w:hAnsi="Calibri"/>
                <w:b/>
                <w:color w:val="D4AF37"/>
                <w:sz w:val="24"/>
              </w:rPr>
              <w:t>pts</w:t>
            </w:r>
          </w:p>
        </w:tc>
        <w:tc>
          <w:tcPr>
            <w:tcW w:w="2409" w:type="dxa"/>
            <w:shd w:val="clear" w:color="auto" w:fill="F0F4FF"/>
          </w:tcPr>
          <w:p w14:paraId="01B3E1DF" w14:textId="3D987937" w:rsidR="00B53BE2" w:rsidRDefault="005D2C74" w:rsidP="005D2C74">
            <w:r w:rsidRPr="005D2C74">
              <w:rPr>
                <w:rFonts w:ascii="Calibri" w:hAnsi="Calibri"/>
                <w:color w:val="1A1A2E"/>
                <w:sz w:val="20"/>
              </w:rPr>
              <w:t>Organizational Commitment</w:t>
            </w:r>
          </w:p>
        </w:tc>
        <w:tc>
          <w:tcPr>
            <w:tcW w:w="2409" w:type="dxa"/>
            <w:shd w:val="clear" w:color="auto" w:fill="FFFFFF"/>
          </w:tcPr>
          <w:p w14:paraId="6CECD57E" w14:textId="1D6F0BA0" w:rsidR="00B53BE2" w:rsidRDefault="00865C21">
            <w:pPr>
              <w:jc w:val="center"/>
            </w:pPr>
            <w:r>
              <w:rPr>
                <w:rFonts w:ascii="Calibri" w:hAnsi="Calibri"/>
                <w:b/>
                <w:color w:val="D4AF37"/>
                <w:sz w:val="24"/>
              </w:rPr>
              <w:t>5</w:t>
            </w:r>
            <w:r w:rsidR="000C5041">
              <w:rPr>
                <w:rFonts w:ascii="Calibri" w:hAnsi="Calibri"/>
                <w:b/>
                <w:color w:val="D4AF37"/>
                <w:sz w:val="24"/>
              </w:rPr>
              <w:t xml:space="preserve"> pts</w:t>
            </w:r>
          </w:p>
        </w:tc>
      </w:tr>
      <w:tr w:rsidR="00B53BE2" w14:paraId="684218BF" w14:textId="77777777">
        <w:tc>
          <w:tcPr>
            <w:tcW w:w="2409" w:type="dxa"/>
            <w:shd w:val="clear" w:color="auto" w:fill="F0F4FF"/>
          </w:tcPr>
          <w:p w14:paraId="771A2AD7" w14:textId="481DA808" w:rsidR="00B53BE2" w:rsidRDefault="00635165" w:rsidP="00635165">
            <w:r w:rsidRPr="00635165">
              <w:rPr>
                <w:rFonts w:ascii="Calibri" w:hAnsi="Calibri"/>
                <w:color w:val="1A1A2E"/>
                <w:sz w:val="20"/>
              </w:rPr>
              <w:t>Innovation in Family Solutions</w:t>
            </w:r>
          </w:p>
        </w:tc>
        <w:tc>
          <w:tcPr>
            <w:tcW w:w="2409" w:type="dxa"/>
            <w:shd w:val="clear" w:color="auto" w:fill="FFFFFF"/>
          </w:tcPr>
          <w:p w14:paraId="41EA74FD" w14:textId="34C40982" w:rsidR="00B53BE2" w:rsidRDefault="00865C21">
            <w:pPr>
              <w:jc w:val="center"/>
            </w:pPr>
            <w:r>
              <w:rPr>
                <w:rFonts w:ascii="Calibri" w:hAnsi="Calibri"/>
                <w:b/>
                <w:color w:val="D4AF37"/>
                <w:sz w:val="24"/>
              </w:rPr>
              <w:t>15</w:t>
            </w:r>
            <w:r w:rsidR="000C5041">
              <w:rPr>
                <w:rFonts w:ascii="Calibri" w:hAnsi="Calibri"/>
                <w:b/>
                <w:color w:val="D4AF37"/>
                <w:sz w:val="24"/>
              </w:rPr>
              <w:t xml:space="preserve"> pts</w:t>
            </w:r>
          </w:p>
        </w:tc>
        <w:tc>
          <w:tcPr>
            <w:tcW w:w="2409" w:type="dxa"/>
            <w:shd w:val="clear" w:color="auto" w:fill="F0F4FF"/>
          </w:tcPr>
          <w:p w14:paraId="5A96E38D" w14:textId="5FAD8875" w:rsidR="00B53BE2" w:rsidRDefault="00B53BE2"/>
        </w:tc>
        <w:tc>
          <w:tcPr>
            <w:tcW w:w="2409" w:type="dxa"/>
            <w:shd w:val="clear" w:color="auto" w:fill="FFFFFF"/>
          </w:tcPr>
          <w:p w14:paraId="69A489A9" w14:textId="1F58CE3E" w:rsidR="00B53BE2" w:rsidRDefault="00B53BE2">
            <w:pPr>
              <w:jc w:val="center"/>
            </w:pPr>
          </w:p>
        </w:tc>
      </w:tr>
    </w:tbl>
    <w:p w14:paraId="4ABC36FF" w14:textId="77777777" w:rsidR="00B53BE2" w:rsidRDefault="000C5041">
      <w:pPr>
        <w:spacing w:before="80" w:after="80"/>
      </w:pPr>
      <w:r>
        <w:rPr>
          <w:color w:val="0000FF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386170DD" w14:textId="77777777" w:rsidR="00AD2215" w:rsidRDefault="000E08D5">
      <w:pPr>
        <w:spacing w:before="160" w:after="40"/>
        <w:rPr>
          <w:rFonts w:ascii="Calibri" w:hAnsi="Calibri"/>
          <w:b/>
          <w:color w:val="0000FF"/>
          <w:sz w:val="26"/>
        </w:rPr>
      </w:pPr>
      <w:r>
        <w:rPr>
          <w:rFonts w:ascii="Calibri" w:hAnsi="Calibri"/>
          <w:b/>
          <w:color w:val="0000FF"/>
          <w:sz w:val="26"/>
        </w:rPr>
        <w:t>The 30 Secon</w:t>
      </w:r>
      <w:r w:rsidR="00202F46">
        <w:rPr>
          <w:rFonts w:ascii="Calibri" w:hAnsi="Calibri"/>
          <w:b/>
          <w:color w:val="0000FF"/>
          <w:sz w:val="26"/>
        </w:rPr>
        <w:t>d</w:t>
      </w:r>
      <w:r>
        <w:rPr>
          <w:rFonts w:ascii="Calibri" w:hAnsi="Calibri"/>
          <w:b/>
          <w:color w:val="0000FF"/>
          <w:sz w:val="26"/>
        </w:rPr>
        <w:t xml:space="preserve"> Impact Story</w:t>
      </w:r>
    </w:p>
    <w:p w14:paraId="0166CC40" w14:textId="77777777" w:rsidR="00AD2215" w:rsidRDefault="00C93349">
      <w:pPr>
        <w:spacing w:before="160" w:after="40"/>
        <w:rPr>
          <w:rFonts w:ascii="Calibri" w:hAnsi="Calibri"/>
          <w:b/>
          <w:color w:val="D4AF37"/>
          <w:sz w:val="24"/>
        </w:rPr>
      </w:pPr>
      <w:r w:rsidRPr="00C93349">
        <w:rPr>
          <w:rFonts w:ascii="Calibri" w:hAnsi="Calibri"/>
          <w:i/>
          <w:color w:val="555555"/>
          <w:sz w:val="19"/>
        </w:rPr>
        <w:t xml:space="preserve">Help us understand the human story behind your initiative. Selected stories may be featured during the award ceremony and in post-award </w:t>
      </w:r>
      <w:r w:rsidR="00AD2215" w:rsidRPr="00C93349">
        <w:rPr>
          <w:rFonts w:ascii="Calibri" w:hAnsi="Calibri"/>
          <w:i/>
          <w:color w:val="555555"/>
          <w:sz w:val="19"/>
        </w:rPr>
        <w:t>communications.</w:t>
      </w:r>
      <w:r w:rsidR="00AD2215">
        <w:rPr>
          <w:rFonts w:ascii="Calibri" w:hAnsi="Calibri"/>
          <w:b/>
          <w:color w:val="D4AF37"/>
          <w:sz w:val="24"/>
        </w:rPr>
        <w:t xml:space="preserve"> </w:t>
      </w:r>
    </w:p>
    <w:p w14:paraId="1B11A159" w14:textId="71C03847" w:rsidR="00B53BE2" w:rsidRDefault="00AD2215">
      <w:pPr>
        <w:spacing w:before="160" w:after="40"/>
      </w:pPr>
      <w:r>
        <w:rPr>
          <w:rFonts w:ascii="Calibri" w:hAnsi="Calibri"/>
          <w:b/>
          <w:color w:val="D4AF37"/>
          <w:sz w:val="24"/>
        </w:rPr>
        <w:lastRenderedPageBreak/>
        <w:t>Q6 Who</w:t>
      </w:r>
      <w:r w:rsidR="009E7384">
        <w:rPr>
          <w:rFonts w:ascii="Calibri" w:hAnsi="Calibri"/>
          <w:b/>
          <w:color w:val="1A1A2E"/>
        </w:rPr>
        <w:t xml:space="preserve"> is the human face of your impact? </w:t>
      </w:r>
    </w:p>
    <w:p w14:paraId="37ED1F5E" w14:textId="1938E8F4" w:rsidR="00B53BE2" w:rsidRDefault="00A2648E">
      <w:pPr>
        <w:spacing w:after="0"/>
      </w:pPr>
      <w:r w:rsidRPr="00A2648E">
        <w:rPr>
          <w:rFonts w:ascii="Calibri" w:hAnsi="Calibri"/>
          <w:i/>
          <w:color w:val="888888"/>
          <w:sz w:val="18"/>
        </w:rPr>
        <w:t>Describe a person, family, or community whose life was positively impacted by your initiative. (Names are optional</w:t>
      </w:r>
      <w:r w:rsidR="00AD2215" w:rsidRPr="00A2648E">
        <w:rPr>
          <w:rFonts w:ascii="Calibri" w:hAnsi="Calibri"/>
          <w:i/>
          <w:color w:val="888888"/>
          <w:sz w:val="18"/>
        </w:rPr>
        <w:t>.)</w:t>
      </w:r>
      <w:r w:rsidR="00AD2215">
        <w:rPr>
          <w:color w:val="CCCCCC"/>
          <w:sz w:val="16"/>
        </w:rPr>
        <w:t xml:space="preserve"> _</w:t>
      </w:r>
      <w:r w:rsidR="000C5041">
        <w:rPr>
          <w:color w:val="CCCCCC"/>
          <w:sz w:val="16"/>
        </w:rPr>
        <w:t>_____________________________________________________________________________________________________________</w:t>
      </w:r>
    </w:p>
    <w:p w14:paraId="1ED92CB2" w14:textId="77777777" w:rsidR="00B53BE2" w:rsidRDefault="000C5041">
      <w:pPr>
        <w:spacing w:after="0"/>
      </w:pPr>
      <w:r>
        <w:rPr>
          <w:color w:val="CCCCCC"/>
          <w:sz w:val="16"/>
        </w:rPr>
        <w:t>______________________________________________________________________________________________________________</w:t>
      </w:r>
    </w:p>
    <w:p w14:paraId="0C947073" w14:textId="77777777" w:rsidR="00B53BE2" w:rsidRDefault="000C5041">
      <w:pPr>
        <w:spacing w:after="0"/>
      </w:pPr>
      <w:r>
        <w:rPr>
          <w:color w:val="CCCCCC"/>
          <w:sz w:val="16"/>
        </w:rPr>
        <w:t>______________________________________________________________________________________________________________</w:t>
      </w:r>
    </w:p>
    <w:p w14:paraId="35AA9FB4" w14:textId="35D5231E" w:rsidR="00B53BE2" w:rsidRDefault="000C5041">
      <w:pPr>
        <w:spacing w:before="160" w:after="40"/>
      </w:pPr>
      <w:r>
        <w:rPr>
          <w:rFonts w:ascii="Calibri" w:hAnsi="Calibri"/>
          <w:b/>
          <w:color w:val="D4AF37"/>
          <w:sz w:val="24"/>
        </w:rPr>
        <w:t>Q</w:t>
      </w:r>
      <w:r w:rsidR="00AD2215">
        <w:rPr>
          <w:rFonts w:ascii="Calibri" w:hAnsi="Calibri"/>
          <w:b/>
          <w:color w:val="D4AF37"/>
          <w:sz w:val="24"/>
        </w:rPr>
        <w:t>7 What</w:t>
      </w:r>
      <w:r w:rsidR="000C7D12" w:rsidRPr="000C7D12">
        <w:rPr>
          <w:rFonts w:ascii="Calibri" w:hAnsi="Calibri"/>
          <w:b/>
          <w:color w:val="1A1A2E"/>
        </w:rPr>
        <w:t xml:space="preserve"> makes your initiative worthy of national recognition?</w:t>
      </w:r>
      <w:r w:rsidR="000C7D12">
        <w:rPr>
          <w:rFonts w:ascii="Calibri" w:hAnsi="Calibri"/>
          <w:b/>
          <w:color w:val="1A1A2E"/>
        </w:rPr>
        <w:t xml:space="preserve"> </w:t>
      </w:r>
    </w:p>
    <w:p w14:paraId="2432D493" w14:textId="77777777" w:rsidR="00AD2215" w:rsidRDefault="000C7D12">
      <w:pPr>
        <w:spacing w:after="0"/>
        <w:rPr>
          <w:rFonts w:ascii="Calibri" w:hAnsi="Calibri"/>
          <w:i/>
          <w:color w:val="888888"/>
          <w:sz w:val="18"/>
        </w:rPr>
      </w:pPr>
      <w:r w:rsidRPr="000C7D12">
        <w:rPr>
          <w:rFonts w:ascii="Calibri" w:hAnsi="Calibri"/>
          <w:i/>
          <w:color w:val="888888"/>
          <w:sz w:val="18"/>
        </w:rPr>
        <w:t xml:space="preserve">In one or two sentences, explain what makes your initiative unique and why it deserves to be recognized as a leading example of family </w:t>
      </w:r>
      <w:r w:rsidR="00AD2215" w:rsidRPr="000C7D12">
        <w:rPr>
          <w:rFonts w:ascii="Calibri" w:hAnsi="Calibri"/>
          <w:i/>
          <w:color w:val="888888"/>
          <w:sz w:val="18"/>
        </w:rPr>
        <w:t>impact.</w:t>
      </w:r>
    </w:p>
    <w:p w14:paraId="1C840F41" w14:textId="5B248C9A" w:rsidR="00B53BE2" w:rsidRDefault="00AD2215">
      <w:pPr>
        <w:spacing w:after="0"/>
      </w:pPr>
      <w:r>
        <w:rPr>
          <w:color w:val="CCCCCC"/>
          <w:sz w:val="16"/>
        </w:rPr>
        <w:t xml:space="preserve"> _</w:t>
      </w:r>
      <w:r w:rsidR="000C5041">
        <w:rPr>
          <w:color w:val="CCCCCC"/>
          <w:sz w:val="16"/>
        </w:rPr>
        <w:t>_____________________________________________________________________________________________________________</w:t>
      </w:r>
    </w:p>
    <w:p w14:paraId="35D4FBB0" w14:textId="506851B9" w:rsidR="0012423E" w:rsidRPr="00C802C2" w:rsidRDefault="000C5041" w:rsidP="0012423E">
      <w:pPr>
        <w:spacing w:before="160" w:after="40"/>
        <w:rPr>
          <w:i/>
          <w:iCs/>
          <w:sz w:val="18"/>
          <w:szCs w:val="18"/>
        </w:rPr>
      </w:pPr>
      <w:r>
        <w:rPr>
          <w:rFonts w:ascii="Calibri" w:hAnsi="Calibri"/>
          <w:b/>
          <w:color w:val="D4AF37"/>
          <w:sz w:val="24"/>
        </w:rPr>
        <w:t>Q</w:t>
      </w:r>
      <w:r w:rsidR="00AD2215">
        <w:rPr>
          <w:rFonts w:ascii="Calibri" w:hAnsi="Calibri"/>
          <w:b/>
          <w:color w:val="D4AF37"/>
          <w:sz w:val="24"/>
        </w:rPr>
        <w:t>8 Is</w:t>
      </w:r>
      <w:r w:rsidR="00D45785">
        <w:rPr>
          <w:rFonts w:ascii="Calibri" w:hAnsi="Calibri"/>
          <w:b/>
          <w:color w:val="1A1A2E"/>
        </w:rPr>
        <w:t xml:space="preserve"> your company willing to participate </w:t>
      </w:r>
      <w:r w:rsidR="00762712">
        <w:rPr>
          <w:rFonts w:ascii="Calibri" w:hAnsi="Calibri"/>
          <w:b/>
          <w:color w:val="1A1A2E"/>
        </w:rPr>
        <w:t xml:space="preserve">in a 30 second </w:t>
      </w:r>
      <w:proofErr w:type="gramStart"/>
      <w:r w:rsidR="00762712">
        <w:rPr>
          <w:rFonts w:ascii="Calibri" w:hAnsi="Calibri"/>
          <w:b/>
          <w:color w:val="1A1A2E"/>
        </w:rPr>
        <w:t>filmed</w:t>
      </w:r>
      <w:proofErr w:type="gramEnd"/>
      <w:r w:rsidR="00762712">
        <w:rPr>
          <w:rFonts w:ascii="Calibri" w:hAnsi="Calibri"/>
          <w:b/>
          <w:color w:val="1A1A2E"/>
        </w:rPr>
        <w:t xml:space="preserve"> interview at the Impact Summit? </w:t>
      </w:r>
      <w:r w:rsidR="0012423E" w:rsidRPr="00C802C2">
        <w:rPr>
          <w:i/>
          <w:iCs/>
          <w:sz w:val="18"/>
          <w:szCs w:val="18"/>
        </w:rPr>
        <w:t>If selected as a finalist or winner, is your organization willing to participate in promotional activities related to the award?</w:t>
      </w:r>
    </w:p>
    <w:p w14:paraId="5F1B65D9" w14:textId="791E0319" w:rsidR="00B53BE2" w:rsidRDefault="00AD2215" w:rsidP="0012423E">
      <w:pPr>
        <w:spacing w:before="160" w:after="40"/>
      </w:pPr>
      <w:r>
        <w:rPr>
          <w:rFonts w:ascii="Segoe UI Symbol" w:hAnsi="Segoe UI Symbol" w:cs="Segoe UI Symbol"/>
          <w:color w:val="1A1A2E"/>
          <w:sz w:val="20"/>
        </w:rPr>
        <w:t>☐</w:t>
      </w:r>
      <w:r>
        <w:rPr>
          <w:rFonts w:ascii="Calibri" w:hAnsi="Calibri"/>
          <w:color w:val="1A1A2E"/>
          <w:sz w:val="20"/>
        </w:rPr>
        <w:t xml:space="preserve"> Yes</w:t>
      </w:r>
      <w:r w:rsidR="000C5041">
        <w:rPr>
          <w:rFonts w:ascii="Calibri" w:hAnsi="Calibri"/>
          <w:color w:val="1A1A2E"/>
          <w:sz w:val="20"/>
        </w:rPr>
        <w:t>, fully committed     ☐ Yes, with conditions (</w:t>
      </w:r>
      <w:proofErr w:type="gramStart"/>
      <w:r w:rsidR="000C5041">
        <w:rPr>
          <w:rFonts w:ascii="Calibri" w:hAnsi="Calibri"/>
          <w:color w:val="1A1A2E"/>
          <w:sz w:val="20"/>
        </w:rPr>
        <w:t>specify</w:t>
      </w:r>
      <w:proofErr w:type="gramEnd"/>
      <w:r w:rsidR="000C5041">
        <w:rPr>
          <w:rFonts w:ascii="Calibri" w:hAnsi="Calibri"/>
          <w:color w:val="1A1A2E"/>
          <w:sz w:val="20"/>
        </w:rPr>
        <w:t xml:space="preserve"> </w:t>
      </w:r>
      <w:proofErr w:type="gramStart"/>
      <w:r w:rsidR="000C5041">
        <w:rPr>
          <w:rFonts w:ascii="Calibri" w:hAnsi="Calibri"/>
          <w:color w:val="1A1A2E"/>
          <w:sz w:val="20"/>
        </w:rPr>
        <w:t xml:space="preserve">below)   </w:t>
      </w:r>
      <w:proofErr w:type="gramEnd"/>
      <w:r w:rsidR="000C5041">
        <w:rPr>
          <w:rFonts w:ascii="Calibri" w:hAnsi="Calibri"/>
          <w:color w:val="1A1A2E"/>
          <w:sz w:val="20"/>
        </w:rPr>
        <w:t xml:space="preserve">  ☐ No     </w:t>
      </w:r>
    </w:p>
    <w:p w14:paraId="391F1B83" w14:textId="77777777" w:rsidR="00B53BE2" w:rsidRDefault="000C5041">
      <w:pPr>
        <w:spacing w:after="0"/>
      </w:pPr>
      <w:r>
        <w:rPr>
          <w:color w:val="CCCCCC"/>
          <w:sz w:val="16"/>
        </w:rPr>
        <w:t>______________________________________________________________________________________________________________</w:t>
      </w:r>
    </w:p>
    <w:p w14:paraId="796F36B8" w14:textId="77777777" w:rsidR="00B53BE2" w:rsidRDefault="000C5041">
      <w:pPr>
        <w:spacing w:before="80" w:after="80"/>
      </w:pPr>
      <w:r>
        <w:rPr>
          <w:color w:val="0000FF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3A9331A5" w14:textId="77777777" w:rsidR="00B53BE2" w:rsidRDefault="000C5041">
      <w:pPr>
        <w:spacing w:before="240" w:after="80"/>
      </w:pPr>
      <w:r>
        <w:rPr>
          <w:rFonts w:ascii="Calibri" w:hAnsi="Calibri"/>
          <w:b/>
          <w:color w:val="FFFFFF"/>
          <w:sz w:val="20"/>
        </w:rPr>
        <w:t xml:space="preserve">  06  </w:t>
      </w:r>
      <w:r>
        <w:rPr>
          <w:rFonts w:ascii="Calibri" w:hAnsi="Calibri"/>
          <w:b/>
          <w:color w:val="0000FF"/>
          <w:sz w:val="26"/>
        </w:rPr>
        <w:t xml:space="preserve">   Supporting Evidence &amp; Required Attachments</w:t>
      </w:r>
    </w:p>
    <w:p w14:paraId="3BE46A12" w14:textId="77777777" w:rsidR="00B53BE2" w:rsidRDefault="000C5041">
      <w:pPr>
        <w:spacing w:after="120"/>
        <w:rPr>
          <w:rFonts w:ascii="Calibri" w:hAnsi="Calibri"/>
          <w:i/>
          <w:color w:val="555555"/>
          <w:sz w:val="19"/>
        </w:rPr>
      </w:pPr>
      <w:r>
        <w:rPr>
          <w:rFonts w:ascii="Calibri" w:hAnsi="Calibri"/>
          <w:i/>
          <w:color w:val="555555"/>
          <w:sz w:val="19"/>
        </w:rPr>
        <w:t>Evidence is the foundation of this award. Submissions without supporting documentation will not be shortlisted.</w:t>
      </w:r>
    </w:p>
    <w:p w14:paraId="5FC09312" w14:textId="5FC3400A" w:rsidR="00ED2E1F" w:rsidRDefault="00ED2E1F">
      <w:pPr>
        <w:spacing w:after="120"/>
      </w:pPr>
      <w:r>
        <w:rPr>
          <w:i/>
          <w:color w:val="555555"/>
          <w:sz w:val="19"/>
        </w:rPr>
        <w:t xml:space="preserve">Note: </w:t>
      </w:r>
      <w:r w:rsidRPr="00ED2E1F">
        <w:rPr>
          <w:i/>
          <w:color w:val="555555"/>
          <w:sz w:val="19"/>
        </w:rPr>
        <w:t>Applicants may submit multiple forms of evidence under each category. Independent verification and third-party evidence are encouraged where available.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3"/>
        <w:gridCol w:w="3391"/>
        <w:gridCol w:w="5814"/>
      </w:tblGrid>
      <w:tr w:rsidR="00B53BE2" w14:paraId="5BA01BBC" w14:textId="77777777">
        <w:tc>
          <w:tcPr>
            <w:tcW w:w="397" w:type="dxa"/>
            <w:shd w:val="clear" w:color="auto" w:fill="F5F8FF"/>
          </w:tcPr>
          <w:p w14:paraId="44C61A4B" w14:textId="77777777" w:rsidR="00B53BE2" w:rsidRDefault="000C5041">
            <w:r>
              <w:rPr>
                <w:rFonts w:ascii="Calibri" w:hAnsi="Calibri"/>
                <w:b/>
                <w:color w:val="0000FF"/>
                <w:sz w:val="24"/>
              </w:rPr>
              <w:t>☐</w:t>
            </w:r>
          </w:p>
        </w:tc>
        <w:tc>
          <w:tcPr>
            <w:tcW w:w="3402" w:type="dxa"/>
            <w:shd w:val="clear" w:color="auto" w:fill="EEF2FF"/>
          </w:tcPr>
          <w:p w14:paraId="7EEB7C58" w14:textId="03119169" w:rsidR="00B53BE2" w:rsidRDefault="009D0598">
            <w:r w:rsidRPr="009D0598">
              <w:rPr>
                <w:rFonts w:ascii="Calibri" w:hAnsi="Calibri"/>
                <w:b/>
                <w:color w:val="0000FF"/>
                <w:sz w:val="20"/>
              </w:rPr>
              <w:t>Impact Report or Initiative Summary</w:t>
            </w:r>
            <w:r w:rsidR="000C5041">
              <w:rPr>
                <w:rFonts w:ascii="Calibri" w:hAnsi="Calibri"/>
                <w:b/>
                <w:color w:val="0000FF"/>
                <w:sz w:val="20"/>
              </w:rPr>
              <w:br/>
            </w:r>
            <w:r w:rsidR="000C5041">
              <w:rPr>
                <w:rFonts w:ascii="Calibri" w:hAnsi="Calibri"/>
                <w:b/>
                <w:color w:val="CC0000"/>
                <w:sz w:val="16"/>
              </w:rPr>
              <w:t>[REQUIRED]</w:t>
            </w:r>
          </w:p>
        </w:tc>
        <w:tc>
          <w:tcPr>
            <w:tcW w:w="5839" w:type="dxa"/>
          </w:tcPr>
          <w:p w14:paraId="2B0E38A7" w14:textId="54041726" w:rsidR="00B53BE2" w:rsidRDefault="00B61A67">
            <w:r w:rsidRPr="00B61A67">
              <w:rPr>
                <w:rFonts w:ascii="Calibri" w:hAnsi="Calibri"/>
                <w:color w:val="555555"/>
                <w:sz w:val="19"/>
              </w:rPr>
              <w:t>A report or document describing the initiative, including its objectives, activities, target beneficiaries, and implementation approach.</w:t>
            </w:r>
          </w:p>
        </w:tc>
      </w:tr>
      <w:tr w:rsidR="00B53BE2" w14:paraId="74DBB122" w14:textId="77777777">
        <w:tc>
          <w:tcPr>
            <w:tcW w:w="397" w:type="dxa"/>
            <w:shd w:val="clear" w:color="auto" w:fill="F5F8FF"/>
          </w:tcPr>
          <w:p w14:paraId="2854D690" w14:textId="77777777" w:rsidR="00B53BE2" w:rsidRDefault="000C5041">
            <w:r>
              <w:rPr>
                <w:rFonts w:ascii="Calibri" w:hAnsi="Calibri"/>
                <w:b/>
                <w:color w:val="0000FF"/>
                <w:sz w:val="24"/>
              </w:rPr>
              <w:t>☐</w:t>
            </w:r>
          </w:p>
        </w:tc>
        <w:tc>
          <w:tcPr>
            <w:tcW w:w="3402" w:type="dxa"/>
            <w:shd w:val="clear" w:color="auto" w:fill="F5F8FF"/>
          </w:tcPr>
          <w:p w14:paraId="59B80EEE" w14:textId="2AB925B5" w:rsidR="00B53BE2" w:rsidRDefault="00B61A67">
            <w:r w:rsidRPr="00B61A67">
              <w:rPr>
                <w:rFonts w:ascii="Calibri" w:hAnsi="Calibri"/>
                <w:b/>
                <w:color w:val="0000FF"/>
                <w:sz w:val="20"/>
              </w:rPr>
              <w:t xml:space="preserve">Evidence of Results &amp; </w:t>
            </w:r>
            <w:r w:rsidR="00EC631F" w:rsidRPr="00B61A67">
              <w:rPr>
                <w:rFonts w:ascii="Calibri" w:hAnsi="Calibri"/>
                <w:b/>
                <w:color w:val="0000FF"/>
                <w:sz w:val="20"/>
              </w:rPr>
              <w:t>Impact</w:t>
            </w:r>
            <w:r w:rsidR="000C5041">
              <w:rPr>
                <w:rFonts w:ascii="Calibri" w:hAnsi="Calibri"/>
                <w:b/>
                <w:color w:val="0000FF"/>
                <w:sz w:val="20"/>
              </w:rPr>
              <w:br/>
            </w:r>
            <w:r w:rsidR="000C5041">
              <w:rPr>
                <w:rFonts w:ascii="Calibri" w:hAnsi="Calibri"/>
                <w:b/>
                <w:color w:val="CC0000"/>
                <w:sz w:val="16"/>
              </w:rPr>
              <w:t>[REQUIRED]</w:t>
            </w:r>
          </w:p>
        </w:tc>
        <w:tc>
          <w:tcPr>
            <w:tcW w:w="5839" w:type="dxa"/>
          </w:tcPr>
          <w:p w14:paraId="05219848" w14:textId="59BD4DB2" w:rsidR="00B53BE2" w:rsidRDefault="00B61A67">
            <w:r w:rsidRPr="00B61A67">
              <w:rPr>
                <w:rFonts w:ascii="Calibri" w:hAnsi="Calibri"/>
                <w:color w:val="555555"/>
                <w:sz w:val="19"/>
              </w:rPr>
              <w:t>Documentation demonstrating measurable outcomes, such as beneficiary data, impact assessments, surveys, evaluation reports, performance indicators, testimonials, or other evidence supporting the initiative's effectiveness.</w:t>
            </w:r>
          </w:p>
        </w:tc>
      </w:tr>
      <w:tr w:rsidR="00B53BE2" w14:paraId="71E21F98" w14:textId="77777777">
        <w:tc>
          <w:tcPr>
            <w:tcW w:w="397" w:type="dxa"/>
            <w:shd w:val="clear" w:color="auto" w:fill="F5F8FF"/>
          </w:tcPr>
          <w:p w14:paraId="2B276149" w14:textId="77777777" w:rsidR="00B53BE2" w:rsidRDefault="000C5041">
            <w:r>
              <w:rPr>
                <w:rFonts w:ascii="Calibri" w:hAnsi="Calibri"/>
                <w:b/>
                <w:color w:val="0000FF"/>
                <w:sz w:val="24"/>
              </w:rPr>
              <w:t>☐</w:t>
            </w:r>
          </w:p>
        </w:tc>
        <w:tc>
          <w:tcPr>
            <w:tcW w:w="3402" w:type="dxa"/>
            <w:shd w:val="clear" w:color="auto" w:fill="EEF2FF"/>
          </w:tcPr>
          <w:p w14:paraId="20CBF1C8" w14:textId="4E5A9C33" w:rsidR="00B53BE2" w:rsidRDefault="00AC727E">
            <w:r w:rsidRPr="00AC727E">
              <w:rPr>
                <w:rFonts w:ascii="Calibri" w:hAnsi="Calibri"/>
                <w:b/>
                <w:color w:val="0000FF"/>
                <w:sz w:val="20"/>
              </w:rPr>
              <w:t>Investment &amp; Resource Commitment</w:t>
            </w:r>
            <w:r w:rsidR="000C5041">
              <w:rPr>
                <w:rFonts w:ascii="Calibri" w:hAnsi="Calibri"/>
                <w:b/>
                <w:color w:val="0000FF"/>
                <w:sz w:val="20"/>
              </w:rPr>
              <w:br/>
            </w:r>
            <w:r w:rsidR="000C5041">
              <w:rPr>
                <w:rFonts w:ascii="Calibri" w:hAnsi="Calibri"/>
                <w:b/>
                <w:color w:val="CC0000"/>
                <w:sz w:val="16"/>
              </w:rPr>
              <w:t>[REQUIRED]</w:t>
            </w:r>
          </w:p>
        </w:tc>
        <w:tc>
          <w:tcPr>
            <w:tcW w:w="5839" w:type="dxa"/>
          </w:tcPr>
          <w:p w14:paraId="4B074B57" w14:textId="05273802" w:rsidR="00B53BE2" w:rsidRDefault="00AC727E">
            <w:r w:rsidRPr="00AC727E">
              <w:rPr>
                <w:rFonts w:ascii="Calibri" w:hAnsi="Calibri"/>
                <w:color w:val="555555"/>
                <w:sz w:val="19"/>
              </w:rPr>
              <w:t>Documentation demonstrating the organization's investment in the initiative, including financial allocations, in-kind contributions, or other resources that supported implementation.</w:t>
            </w:r>
          </w:p>
        </w:tc>
      </w:tr>
      <w:tr w:rsidR="00B53BE2" w14:paraId="512E53BF" w14:textId="77777777">
        <w:tc>
          <w:tcPr>
            <w:tcW w:w="397" w:type="dxa"/>
            <w:shd w:val="clear" w:color="auto" w:fill="F5F8FF"/>
          </w:tcPr>
          <w:p w14:paraId="0AE30601" w14:textId="77777777" w:rsidR="00B53BE2" w:rsidRDefault="000C5041">
            <w:r>
              <w:rPr>
                <w:rFonts w:ascii="Calibri" w:hAnsi="Calibri"/>
                <w:b/>
                <w:color w:val="0000FF"/>
                <w:sz w:val="24"/>
              </w:rPr>
              <w:t>☐</w:t>
            </w:r>
          </w:p>
        </w:tc>
        <w:tc>
          <w:tcPr>
            <w:tcW w:w="3402" w:type="dxa"/>
            <w:shd w:val="clear" w:color="auto" w:fill="F5F8FF"/>
          </w:tcPr>
          <w:p w14:paraId="426A0A89" w14:textId="4C9C5248" w:rsidR="00B53BE2" w:rsidRDefault="004E7829">
            <w:r w:rsidRPr="004E7829">
              <w:rPr>
                <w:rFonts w:ascii="Calibri" w:hAnsi="Calibri"/>
                <w:b/>
                <w:color w:val="0000FF"/>
                <w:sz w:val="20"/>
              </w:rPr>
              <w:t>Partnership &amp; Collaboration Documentation</w:t>
            </w:r>
            <w:r w:rsidR="000C5041">
              <w:rPr>
                <w:rFonts w:ascii="Calibri" w:hAnsi="Calibri"/>
                <w:b/>
                <w:color w:val="0000FF"/>
                <w:sz w:val="20"/>
              </w:rPr>
              <w:br/>
            </w:r>
            <w:r w:rsidR="000C5041">
              <w:rPr>
                <w:rFonts w:ascii="Calibri" w:hAnsi="Calibri"/>
                <w:b/>
                <w:color w:val="00A3A3"/>
                <w:sz w:val="16"/>
              </w:rPr>
              <w:t>[RECOMMENDED]</w:t>
            </w:r>
          </w:p>
        </w:tc>
        <w:tc>
          <w:tcPr>
            <w:tcW w:w="5839" w:type="dxa"/>
          </w:tcPr>
          <w:p w14:paraId="7923101E" w14:textId="47EF4F0E" w:rsidR="00B53BE2" w:rsidRDefault="004E7829">
            <w:r w:rsidRPr="004E7829">
              <w:rPr>
                <w:rFonts w:ascii="Calibri" w:hAnsi="Calibri"/>
                <w:color w:val="555555"/>
                <w:sz w:val="19"/>
              </w:rPr>
              <w:t xml:space="preserve">Supporting documentation </w:t>
            </w:r>
            <w:r w:rsidR="00BC0154" w:rsidRPr="004E7829">
              <w:rPr>
                <w:rFonts w:ascii="Calibri" w:hAnsi="Calibri"/>
                <w:color w:val="555555"/>
                <w:sz w:val="19"/>
              </w:rPr>
              <w:t>demonstrates</w:t>
            </w:r>
            <w:r w:rsidRPr="004E7829">
              <w:rPr>
                <w:rFonts w:ascii="Calibri" w:hAnsi="Calibri"/>
                <w:color w:val="555555"/>
                <w:sz w:val="19"/>
              </w:rPr>
              <w:t xml:space="preserve"> collaboration with government entities, NGOs, community organizations, academic institutions, or other strategic partners.</w:t>
            </w:r>
          </w:p>
        </w:tc>
      </w:tr>
      <w:tr w:rsidR="00B53BE2" w14:paraId="0776D215" w14:textId="77777777">
        <w:tc>
          <w:tcPr>
            <w:tcW w:w="397" w:type="dxa"/>
            <w:shd w:val="clear" w:color="auto" w:fill="F5F8FF"/>
          </w:tcPr>
          <w:p w14:paraId="794FA22C" w14:textId="77777777" w:rsidR="00B53BE2" w:rsidRDefault="000C5041">
            <w:r>
              <w:rPr>
                <w:rFonts w:ascii="Calibri" w:hAnsi="Calibri"/>
                <w:b/>
                <w:color w:val="0000FF"/>
                <w:sz w:val="24"/>
              </w:rPr>
              <w:t>☐</w:t>
            </w:r>
          </w:p>
        </w:tc>
        <w:tc>
          <w:tcPr>
            <w:tcW w:w="3402" w:type="dxa"/>
            <w:shd w:val="clear" w:color="auto" w:fill="EEF2FF"/>
          </w:tcPr>
          <w:p w14:paraId="7F0D5F60" w14:textId="77777777" w:rsidR="00B53BE2" w:rsidRDefault="000C5041">
            <w:r>
              <w:rPr>
                <w:rFonts w:ascii="Calibri" w:hAnsi="Calibri"/>
                <w:b/>
                <w:color w:val="0000FF"/>
                <w:sz w:val="20"/>
              </w:rPr>
              <w:t>Media Coverage or Recognition</w:t>
            </w:r>
            <w:r>
              <w:rPr>
                <w:rFonts w:ascii="Calibri" w:hAnsi="Calibri"/>
                <w:b/>
                <w:color w:val="0000FF"/>
                <w:sz w:val="20"/>
              </w:rPr>
              <w:br/>
            </w:r>
            <w:r>
              <w:rPr>
                <w:rFonts w:ascii="Calibri" w:hAnsi="Calibri"/>
                <w:b/>
                <w:color w:val="00A3A3"/>
                <w:sz w:val="16"/>
              </w:rPr>
              <w:t>[OPTIONAL]</w:t>
            </w:r>
          </w:p>
        </w:tc>
        <w:tc>
          <w:tcPr>
            <w:tcW w:w="5839" w:type="dxa"/>
          </w:tcPr>
          <w:p w14:paraId="3F10ED92" w14:textId="34C58457" w:rsidR="00B53BE2" w:rsidRDefault="000C5041">
            <w:r>
              <w:rPr>
                <w:rFonts w:ascii="Calibri" w:hAnsi="Calibri"/>
                <w:color w:val="555555"/>
                <w:sz w:val="19"/>
              </w:rPr>
              <w:t>Any press coverage, awards, or third-party recognition related to your initiatives.</w:t>
            </w:r>
          </w:p>
        </w:tc>
      </w:tr>
      <w:tr w:rsidR="00B53BE2" w14:paraId="6D257F67" w14:textId="77777777">
        <w:tc>
          <w:tcPr>
            <w:tcW w:w="397" w:type="dxa"/>
            <w:shd w:val="clear" w:color="auto" w:fill="F5F8FF"/>
          </w:tcPr>
          <w:p w14:paraId="74663383" w14:textId="77777777" w:rsidR="00B53BE2" w:rsidRDefault="000C5041">
            <w:r>
              <w:rPr>
                <w:rFonts w:ascii="Calibri" w:hAnsi="Calibri"/>
                <w:b/>
                <w:color w:val="0000FF"/>
                <w:sz w:val="24"/>
              </w:rPr>
              <w:t>☐</w:t>
            </w:r>
          </w:p>
        </w:tc>
        <w:tc>
          <w:tcPr>
            <w:tcW w:w="3402" w:type="dxa"/>
            <w:shd w:val="clear" w:color="auto" w:fill="F5F8FF"/>
          </w:tcPr>
          <w:p w14:paraId="0FD31829" w14:textId="77777777" w:rsidR="00B53BE2" w:rsidRDefault="000C5041">
            <w:r>
              <w:rPr>
                <w:rFonts w:ascii="Calibri" w:hAnsi="Calibri"/>
                <w:b/>
                <w:color w:val="0000FF"/>
                <w:sz w:val="20"/>
              </w:rPr>
              <w:t>Visual Assets (Photos / Videos)</w:t>
            </w:r>
            <w:r>
              <w:rPr>
                <w:rFonts w:ascii="Calibri" w:hAnsi="Calibri"/>
                <w:b/>
                <w:color w:val="0000FF"/>
                <w:sz w:val="20"/>
              </w:rPr>
              <w:br/>
            </w:r>
            <w:r>
              <w:rPr>
                <w:rFonts w:ascii="Calibri" w:hAnsi="Calibri"/>
                <w:b/>
                <w:color w:val="00A3A3"/>
                <w:sz w:val="16"/>
              </w:rPr>
              <w:t>[OPTIONAL]</w:t>
            </w:r>
          </w:p>
        </w:tc>
        <w:tc>
          <w:tcPr>
            <w:tcW w:w="5839" w:type="dxa"/>
          </w:tcPr>
          <w:p w14:paraId="3052A234" w14:textId="77777777" w:rsidR="00B53BE2" w:rsidRDefault="000C5041">
            <w:r>
              <w:rPr>
                <w:rFonts w:ascii="Calibri" w:hAnsi="Calibri"/>
                <w:color w:val="555555"/>
                <w:sz w:val="19"/>
              </w:rPr>
              <w:t>High-quality images or short video clips showing your initiatives in action.</w:t>
            </w:r>
          </w:p>
        </w:tc>
      </w:tr>
    </w:tbl>
    <w:p w14:paraId="52957C71" w14:textId="77777777" w:rsidR="00B53BE2" w:rsidRDefault="000C5041">
      <w:pPr>
        <w:spacing w:before="80" w:after="80"/>
      </w:pPr>
      <w:r>
        <w:rPr>
          <w:color w:val="0000FF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B53BE2" w14:paraId="38BBFE94" w14:textId="77777777">
        <w:tc>
          <w:tcPr>
            <w:tcW w:w="9638" w:type="dxa"/>
            <w:shd w:val="clear" w:color="auto" w:fill="FFF7F0"/>
          </w:tcPr>
          <w:p w14:paraId="4BD3D5CA" w14:textId="77777777" w:rsidR="00B53BE2" w:rsidRDefault="000C5041">
            <w:pPr>
              <w:spacing w:before="80"/>
            </w:pPr>
            <w:r>
              <w:rPr>
                <w:rFonts w:ascii="Calibri" w:hAnsi="Calibri"/>
                <w:b/>
                <w:color w:val="0000FF"/>
              </w:rPr>
              <w:t>Declaration &amp; Consent</w:t>
            </w:r>
          </w:p>
          <w:p w14:paraId="18BD7EF3" w14:textId="36356253" w:rsidR="00B53BE2" w:rsidRDefault="000C5041">
            <w:pPr>
              <w:spacing w:after="160"/>
            </w:pPr>
            <w:r>
              <w:rPr>
                <w:rFonts w:ascii="Calibri" w:hAnsi="Calibri"/>
                <w:color w:val="1A1A2E"/>
                <w:sz w:val="20"/>
              </w:rPr>
              <w:t xml:space="preserve">I, the undersigned, confirm that all information provided in this application is accurate, complete, and supported by verifiable evidence. I </w:t>
            </w:r>
            <w:r w:rsidR="00BC0349">
              <w:rPr>
                <w:rFonts w:ascii="Calibri" w:hAnsi="Calibri"/>
                <w:color w:val="1A1A2E"/>
                <w:sz w:val="20"/>
              </w:rPr>
              <w:t>authorize</w:t>
            </w:r>
            <w:r>
              <w:rPr>
                <w:rFonts w:ascii="Calibri" w:hAnsi="Calibri"/>
                <w:color w:val="1A1A2E"/>
                <w:sz w:val="20"/>
              </w:rPr>
              <w:t xml:space="preserve"> the </w:t>
            </w:r>
            <w:r w:rsidR="00BC0349">
              <w:rPr>
                <w:rFonts w:ascii="Calibri" w:hAnsi="Calibri"/>
                <w:color w:val="1A1A2E"/>
                <w:sz w:val="20"/>
              </w:rPr>
              <w:t>award</w:t>
            </w:r>
            <w:r>
              <w:rPr>
                <w:rFonts w:ascii="Calibri" w:hAnsi="Calibri"/>
                <w:color w:val="1A1A2E"/>
                <w:sz w:val="20"/>
              </w:rPr>
              <w:t xml:space="preserve"> joint committee (</w:t>
            </w:r>
            <w:r w:rsidR="00BC0154">
              <w:rPr>
                <w:rFonts w:ascii="Calibri" w:hAnsi="Calibri"/>
                <w:color w:val="1A1A2E"/>
                <w:sz w:val="20"/>
              </w:rPr>
              <w:t>MAJRA, Office</w:t>
            </w:r>
            <w:r w:rsidR="008817B6">
              <w:rPr>
                <w:rFonts w:ascii="Calibri" w:hAnsi="Calibri"/>
                <w:color w:val="1A1A2E"/>
                <w:sz w:val="20"/>
              </w:rPr>
              <w:t xml:space="preserve"> of Development Affairs and </w:t>
            </w:r>
            <w:r w:rsidR="00D17F6B">
              <w:rPr>
                <w:rFonts w:ascii="Calibri" w:hAnsi="Calibri"/>
                <w:color w:val="1A1A2E"/>
                <w:sz w:val="20"/>
              </w:rPr>
              <w:t xml:space="preserve">Martyr’s </w:t>
            </w:r>
            <w:r w:rsidR="004618F4">
              <w:rPr>
                <w:rFonts w:ascii="Calibri" w:hAnsi="Calibri"/>
                <w:color w:val="1A1A2E"/>
                <w:sz w:val="20"/>
              </w:rPr>
              <w:t>Families</w:t>
            </w:r>
            <w:r>
              <w:rPr>
                <w:rFonts w:ascii="Calibri" w:hAnsi="Calibri"/>
                <w:color w:val="1A1A2E"/>
                <w:sz w:val="20"/>
              </w:rPr>
              <w:t>, and the Sustainable Impact Committees / Chambers of Commerce) to review, verify, and share the submitted information for the purposes of evaluation and award recognition. In the event of our company being selected as a winner, I confirm our commitment to participate in the 30-second documentary video production and the national recognition ceremony at the Impact Summit.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0"/>
        <w:gridCol w:w="3209"/>
        <w:gridCol w:w="3209"/>
      </w:tblGrid>
      <w:tr w:rsidR="00B53BE2" w14:paraId="3FE9145E" w14:textId="77777777">
        <w:tc>
          <w:tcPr>
            <w:tcW w:w="3213" w:type="dxa"/>
            <w:shd w:val="clear" w:color="auto" w:fill="EEF2FF"/>
          </w:tcPr>
          <w:p w14:paraId="1F22467D" w14:textId="77777777" w:rsidR="00B53BE2" w:rsidRDefault="000C5041">
            <w:r>
              <w:rPr>
                <w:rFonts w:ascii="Calibri" w:hAnsi="Calibri"/>
                <w:b/>
                <w:color w:val="0000FF"/>
                <w:sz w:val="20"/>
              </w:rPr>
              <w:t>Authorised Signatory Name</w:t>
            </w:r>
          </w:p>
        </w:tc>
        <w:tc>
          <w:tcPr>
            <w:tcW w:w="3213" w:type="dxa"/>
            <w:shd w:val="clear" w:color="auto" w:fill="EEF2FF"/>
          </w:tcPr>
          <w:p w14:paraId="00F6F145" w14:textId="77777777" w:rsidR="00B53BE2" w:rsidRDefault="000C5041">
            <w:r>
              <w:rPr>
                <w:rFonts w:ascii="Calibri" w:hAnsi="Calibri"/>
                <w:b/>
                <w:color w:val="0000FF"/>
                <w:sz w:val="20"/>
              </w:rPr>
              <w:t>Signature</w:t>
            </w:r>
          </w:p>
        </w:tc>
        <w:tc>
          <w:tcPr>
            <w:tcW w:w="3213" w:type="dxa"/>
            <w:shd w:val="clear" w:color="auto" w:fill="EEF2FF"/>
          </w:tcPr>
          <w:p w14:paraId="1C929EF6" w14:textId="77777777" w:rsidR="00B53BE2" w:rsidRDefault="000C5041">
            <w:r>
              <w:rPr>
                <w:rFonts w:ascii="Calibri" w:hAnsi="Calibri"/>
                <w:b/>
                <w:color w:val="0000FF"/>
                <w:sz w:val="20"/>
              </w:rPr>
              <w:t>Date</w:t>
            </w:r>
          </w:p>
        </w:tc>
      </w:tr>
      <w:tr w:rsidR="00B53BE2" w14:paraId="4686D659" w14:textId="77777777">
        <w:tc>
          <w:tcPr>
            <w:tcW w:w="3213" w:type="dxa"/>
          </w:tcPr>
          <w:p w14:paraId="6BBF26AF" w14:textId="77777777" w:rsidR="00B53BE2" w:rsidRDefault="000C5041">
            <w:r>
              <w:br/>
            </w:r>
            <w:r>
              <w:br/>
            </w:r>
          </w:p>
        </w:tc>
        <w:tc>
          <w:tcPr>
            <w:tcW w:w="3213" w:type="dxa"/>
          </w:tcPr>
          <w:p w14:paraId="1F3C0981" w14:textId="77777777" w:rsidR="00B53BE2" w:rsidRDefault="000C5041">
            <w:r>
              <w:br/>
            </w:r>
            <w:r>
              <w:br/>
            </w:r>
          </w:p>
        </w:tc>
        <w:tc>
          <w:tcPr>
            <w:tcW w:w="3213" w:type="dxa"/>
          </w:tcPr>
          <w:p w14:paraId="5D454C24" w14:textId="77777777" w:rsidR="00B53BE2" w:rsidRDefault="000C5041">
            <w:r>
              <w:br/>
            </w:r>
            <w:r>
              <w:br/>
            </w:r>
          </w:p>
        </w:tc>
      </w:tr>
    </w:tbl>
    <w:p w14:paraId="3DD9E2EF" w14:textId="77777777" w:rsidR="00B53BE2" w:rsidRDefault="000C5041">
      <w:pPr>
        <w:spacing w:before="80" w:after="80"/>
      </w:pPr>
      <w:r>
        <w:rPr>
          <w:color w:val="0000FF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3C58FDD2" w14:textId="24AEFCCE" w:rsidR="00B53BE2" w:rsidRDefault="000C5041" w:rsidP="000D6757">
      <w:pPr>
        <w:spacing w:before="80"/>
        <w:jc w:val="center"/>
      </w:pPr>
      <w:proofErr w:type="gramStart"/>
      <w:r>
        <w:rPr>
          <w:rFonts w:ascii="Calibri" w:hAnsi="Calibri"/>
          <w:b/>
          <w:color w:val="0000FF"/>
          <w:sz w:val="20"/>
        </w:rPr>
        <w:t>MAJRA</w:t>
      </w:r>
      <w:r>
        <w:rPr>
          <w:rFonts w:ascii="Calibri" w:hAnsi="Calibri"/>
          <w:color w:val="555555"/>
          <w:sz w:val="20"/>
        </w:rPr>
        <w:t xml:space="preserve">  |</w:t>
      </w:r>
      <w:proofErr w:type="gramEnd"/>
      <w:r>
        <w:rPr>
          <w:rFonts w:ascii="Calibri" w:hAnsi="Calibri"/>
          <w:color w:val="555555"/>
          <w:sz w:val="20"/>
        </w:rPr>
        <w:t xml:space="preserve">  </w:t>
      </w:r>
      <w:r w:rsidR="000608DE">
        <w:rPr>
          <w:rFonts w:ascii="Calibri" w:hAnsi="Calibri"/>
          <w:color w:val="1A1A2E"/>
          <w:sz w:val="20"/>
        </w:rPr>
        <w:t>Office of Development Affairs and Martyr’s Families</w:t>
      </w:r>
      <w:r w:rsidR="000608DE" w:rsidDel="000608DE">
        <w:rPr>
          <w:rFonts w:ascii="Calibri" w:hAnsi="Calibri"/>
          <w:b/>
          <w:color w:val="0000FF"/>
          <w:sz w:val="20"/>
        </w:rPr>
        <w:t xml:space="preserve"> </w:t>
      </w:r>
      <w:r w:rsidR="00BC0154">
        <w:rPr>
          <w:rFonts w:ascii="Calibri" w:hAnsi="Calibri"/>
          <w:color w:val="555555"/>
          <w:sz w:val="20"/>
        </w:rPr>
        <w:t>| Sustainable</w:t>
      </w:r>
      <w:r>
        <w:rPr>
          <w:rFonts w:ascii="Calibri" w:hAnsi="Calibri"/>
          <w:b/>
          <w:color w:val="0000FF"/>
          <w:sz w:val="20"/>
        </w:rPr>
        <w:t xml:space="preserve"> Impact Committees (Chambers)</w:t>
      </w:r>
    </w:p>
    <w:sectPr w:rsidR="00B53BE2" w:rsidSect="00034616">
      <w:pgSz w:w="11906" w:h="16838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1D1535"/>
    <w:multiLevelType w:val="hybridMultilevel"/>
    <w:tmpl w:val="6D84F396"/>
    <w:lvl w:ilvl="0" w:tplc="4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378686">
    <w:abstractNumId w:val="8"/>
  </w:num>
  <w:num w:numId="2" w16cid:durableId="1568808777">
    <w:abstractNumId w:val="6"/>
  </w:num>
  <w:num w:numId="3" w16cid:durableId="226456870">
    <w:abstractNumId w:val="5"/>
  </w:num>
  <w:num w:numId="4" w16cid:durableId="937714778">
    <w:abstractNumId w:val="4"/>
  </w:num>
  <w:num w:numId="5" w16cid:durableId="1870217090">
    <w:abstractNumId w:val="7"/>
  </w:num>
  <w:num w:numId="6" w16cid:durableId="1290937463">
    <w:abstractNumId w:val="3"/>
  </w:num>
  <w:num w:numId="7" w16cid:durableId="736628553">
    <w:abstractNumId w:val="2"/>
  </w:num>
  <w:num w:numId="8" w16cid:durableId="1518545084">
    <w:abstractNumId w:val="1"/>
  </w:num>
  <w:num w:numId="9" w16cid:durableId="475606826">
    <w:abstractNumId w:val="0"/>
  </w:num>
  <w:num w:numId="10" w16cid:durableId="7380207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2937"/>
    <w:rsid w:val="000033FC"/>
    <w:rsid w:val="00021059"/>
    <w:rsid w:val="00034616"/>
    <w:rsid w:val="0006063C"/>
    <w:rsid w:val="000608DE"/>
    <w:rsid w:val="000869FE"/>
    <w:rsid w:val="000874A0"/>
    <w:rsid w:val="000C5041"/>
    <w:rsid w:val="000C7D12"/>
    <w:rsid w:val="000D18FC"/>
    <w:rsid w:val="000D6757"/>
    <w:rsid w:val="000E08D5"/>
    <w:rsid w:val="0012423E"/>
    <w:rsid w:val="0015074B"/>
    <w:rsid w:val="001744E8"/>
    <w:rsid w:val="0018131D"/>
    <w:rsid w:val="001D1CEC"/>
    <w:rsid w:val="00202F46"/>
    <w:rsid w:val="0028716C"/>
    <w:rsid w:val="0029639D"/>
    <w:rsid w:val="003034D2"/>
    <w:rsid w:val="00312C2A"/>
    <w:rsid w:val="00326F90"/>
    <w:rsid w:val="003508E0"/>
    <w:rsid w:val="003A7BA6"/>
    <w:rsid w:val="003E7363"/>
    <w:rsid w:val="003F332B"/>
    <w:rsid w:val="00432925"/>
    <w:rsid w:val="00444D03"/>
    <w:rsid w:val="004467CD"/>
    <w:rsid w:val="004618F4"/>
    <w:rsid w:val="00484131"/>
    <w:rsid w:val="004E7829"/>
    <w:rsid w:val="005156E1"/>
    <w:rsid w:val="0051697E"/>
    <w:rsid w:val="00531B8C"/>
    <w:rsid w:val="005A07DA"/>
    <w:rsid w:val="005D2C74"/>
    <w:rsid w:val="00635165"/>
    <w:rsid w:val="00646653"/>
    <w:rsid w:val="006D3E0C"/>
    <w:rsid w:val="00732382"/>
    <w:rsid w:val="00762712"/>
    <w:rsid w:val="0080326C"/>
    <w:rsid w:val="00821997"/>
    <w:rsid w:val="00865C21"/>
    <w:rsid w:val="008817B6"/>
    <w:rsid w:val="008F00B4"/>
    <w:rsid w:val="009217E7"/>
    <w:rsid w:val="0098246C"/>
    <w:rsid w:val="009D0598"/>
    <w:rsid w:val="009E61CD"/>
    <w:rsid w:val="009E7384"/>
    <w:rsid w:val="009F02F5"/>
    <w:rsid w:val="00A2648E"/>
    <w:rsid w:val="00AA1D8D"/>
    <w:rsid w:val="00AC727E"/>
    <w:rsid w:val="00AD2215"/>
    <w:rsid w:val="00AD2E0E"/>
    <w:rsid w:val="00AD3ED9"/>
    <w:rsid w:val="00AE2C0F"/>
    <w:rsid w:val="00AE3FF1"/>
    <w:rsid w:val="00B32B85"/>
    <w:rsid w:val="00B47730"/>
    <w:rsid w:val="00B53BE2"/>
    <w:rsid w:val="00B61A67"/>
    <w:rsid w:val="00BC0154"/>
    <w:rsid w:val="00BC0349"/>
    <w:rsid w:val="00C24E29"/>
    <w:rsid w:val="00C6253A"/>
    <w:rsid w:val="00C802C2"/>
    <w:rsid w:val="00C93349"/>
    <w:rsid w:val="00CB0664"/>
    <w:rsid w:val="00CE682D"/>
    <w:rsid w:val="00D17F6B"/>
    <w:rsid w:val="00D35992"/>
    <w:rsid w:val="00D45785"/>
    <w:rsid w:val="00DF1B46"/>
    <w:rsid w:val="00E26525"/>
    <w:rsid w:val="00EA26E4"/>
    <w:rsid w:val="00EB4092"/>
    <w:rsid w:val="00EC631F"/>
    <w:rsid w:val="00ED2E1F"/>
    <w:rsid w:val="00EF06CE"/>
    <w:rsid w:val="00EF59E6"/>
    <w:rsid w:val="00F23E1C"/>
    <w:rsid w:val="00F269D6"/>
    <w:rsid w:val="00F47F65"/>
    <w:rsid w:val="00F75B43"/>
    <w:rsid w:val="00F861ED"/>
    <w:rsid w:val="00F97DC3"/>
    <w:rsid w:val="00FB732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0D6A4966-32A6-4001-A53F-88793EA96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4329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1607</Words>
  <Characters>9162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10748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Khalifa Alrumaithi</cp:lastModifiedBy>
  <cp:revision>22</cp:revision>
  <dcterms:created xsi:type="dcterms:W3CDTF">2026-07-06T12:36:00Z</dcterms:created>
  <dcterms:modified xsi:type="dcterms:W3CDTF">2026-08-04T06:07:00Z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2026-07-06T09:25:39Z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f7bcb941-c8da-42e2-94a9-466a193787d3</vt:lpwstr>
  </property>
  <property fmtid="{D5CDD505-2E9C-101B-9397-08002B2CF9AE}" pid="7" name="MSIP_Label_defa4170-0d19-0005-0004-bc88714345d2_ActionId">
    <vt:lpwstr>632e1de7-e3e4-403a-8f36-76e07a021385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